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21C48" w14:textId="77777777" w:rsidR="005F025F" w:rsidRDefault="00000000">
      <w:pPr>
        <w:jc w:val="center"/>
      </w:pPr>
      <w:r>
        <w:rPr>
          <w:noProof/>
        </w:rPr>
        <w:drawing>
          <wp:inline distT="0" distB="0" distL="0" distR="0" wp14:anchorId="5886DA5A" wp14:editId="48739ECA">
            <wp:extent cx="1325880" cy="12286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bn_embedded_logo.png"/>
                    <pic:cNvPicPr/>
                  </pic:nvPicPr>
                  <pic:blipFill>
                    <a:blip r:embed="rId8"/>
                    <a:stretch>
                      <a:fillRect/>
                    </a:stretch>
                  </pic:blipFill>
                  <pic:spPr>
                    <a:xfrm>
                      <a:off x="0" y="0"/>
                      <a:ext cx="1325880" cy="1228649"/>
                    </a:xfrm>
                    <a:prstGeom prst="rect">
                      <a:avLst/>
                    </a:prstGeom>
                  </pic:spPr>
                </pic:pic>
              </a:graphicData>
            </a:graphic>
          </wp:inline>
        </w:drawing>
      </w:r>
    </w:p>
    <w:p w14:paraId="61B3AEBA" w14:textId="77777777" w:rsidR="005F025F" w:rsidRDefault="00000000">
      <w:pPr>
        <w:jc w:val="center"/>
      </w:pPr>
      <w:r>
        <w:rPr>
          <w:rFonts w:ascii="Aptos Display" w:hAnsi="Aptos Display"/>
          <w:b/>
          <w:color w:val="0E4369"/>
          <w:sz w:val="56"/>
        </w:rPr>
        <w:t>CLEANING TEAM SUPERVISOR</w:t>
      </w:r>
    </w:p>
    <w:p w14:paraId="4542F4BB" w14:textId="77777777" w:rsidR="005F025F" w:rsidRDefault="00000000">
      <w:pPr>
        <w:jc w:val="center"/>
      </w:pPr>
      <w:r>
        <w:rPr>
          <w:rFonts w:ascii="Aptos Display" w:hAnsi="Aptos Display"/>
          <w:b/>
          <w:color w:val="27A9A0"/>
          <w:sz w:val="40"/>
        </w:rPr>
        <w:t>Job Description &amp; 4-Week Training Toolkit</w:t>
      </w:r>
    </w:p>
    <w:p w14:paraId="34B377A3" w14:textId="77777777" w:rsidR="005F025F" w:rsidRDefault="00000000">
      <w:pPr>
        <w:jc w:val="center"/>
      </w:pPr>
      <w:r>
        <w:rPr>
          <w:sz w:val="23"/>
        </w:rPr>
        <w:t>A practical, editable framework for recruiting, training and developing a cleaning team supervisor.</w:t>
      </w:r>
    </w:p>
    <w:p w14:paraId="6401698D" w14:textId="77777777" w:rsidR="005F025F" w:rsidRDefault="005F025F"/>
    <w:tbl>
      <w:tblPr>
        <w:tblW w:w="0" w:type="auto"/>
        <w:jc w:val="center"/>
        <w:tblLook w:val="04A0" w:firstRow="1" w:lastRow="0" w:firstColumn="1" w:lastColumn="0" w:noHBand="0" w:noVBand="1"/>
      </w:tblPr>
      <w:tblGrid>
        <w:gridCol w:w="3427"/>
        <w:gridCol w:w="3423"/>
        <w:gridCol w:w="3424"/>
      </w:tblGrid>
      <w:tr w:rsidR="005F025F" w14:paraId="02300478" w14:textId="77777777">
        <w:trPr>
          <w:jc w:val="center"/>
        </w:trPr>
        <w:tc>
          <w:tcPr>
            <w:tcW w:w="3456" w:type="dxa"/>
            <w:shd w:val="clear" w:color="auto" w:fill="E9F4F3"/>
            <w:tcMar>
              <w:top w:w="150" w:type="dxa"/>
              <w:left w:w="120" w:type="dxa"/>
              <w:bottom w:w="150" w:type="dxa"/>
              <w:right w:w="120" w:type="dxa"/>
            </w:tcMar>
          </w:tcPr>
          <w:p w14:paraId="253B2F0D" w14:textId="77777777" w:rsidR="005F025F" w:rsidRDefault="00000000">
            <w:pPr>
              <w:jc w:val="center"/>
            </w:pPr>
            <w:r>
              <w:rPr>
                <w:b/>
                <w:color w:val="0E4369"/>
                <w:sz w:val="17"/>
              </w:rPr>
              <w:t>ROLE</w:t>
            </w:r>
            <w:r>
              <w:rPr>
                <w:b/>
                <w:color w:val="0E4369"/>
                <w:sz w:val="17"/>
              </w:rPr>
              <w:br/>
            </w:r>
            <w:r>
              <w:rPr>
                <w:sz w:val="17"/>
              </w:rPr>
              <w:t>Clear responsibilities</w:t>
            </w:r>
          </w:p>
        </w:tc>
        <w:tc>
          <w:tcPr>
            <w:tcW w:w="3456" w:type="dxa"/>
            <w:shd w:val="clear" w:color="auto" w:fill="E9F4F3"/>
            <w:tcMar>
              <w:top w:w="150" w:type="dxa"/>
              <w:left w:w="120" w:type="dxa"/>
              <w:bottom w:w="150" w:type="dxa"/>
              <w:right w:w="120" w:type="dxa"/>
            </w:tcMar>
          </w:tcPr>
          <w:p w14:paraId="6A88BD9E" w14:textId="77777777" w:rsidR="005F025F" w:rsidRDefault="00000000">
            <w:pPr>
              <w:jc w:val="center"/>
            </w:pPr>
            <w:r>
              <w:rPr>
                <w:b/>
                <w:color w:val="0E4369"/>
                <w:sz w:val="17"/>
              </w:rPr>
              <w:t>TRAIN</w:t>
            </w:r>
            <w:r>
              <w:rPr>
                <w:b/>
                <w:color w:val="0E4369"/>
                <w:sz w:val="17"/>
              </w:rPr>
              <w:br/>
            </w:r>
            <w:r>
              <w:rPr>
                <w:sz w:val="17"/>
              </w:rPr>
              <w:t>Structured 4-week plan</w:t>
            </w:r>
          </w:p>
        </w:tc>
        <w:tc>
          <w:tcPr>
            <w:tcW w:w="3456" w:type="dxa"/>
            <w:shd w:val="clear" w:color="auto" w:fill="E9F4F3"/>
            <w:tcMar>
              <w:top w:w="150" w:type="dxa"/>
              <w:left w:w="120" w:type="dxa"/>
              <w:bottom w:w="150" w:type="dxa"/>
              <w:right w:w="120" w:type="dxa"/>
            </w:tcMar>
          </w:tcPr>
          <w:p w14:paraId="1ADF4392" w14:textId="77777777" w:rsidR="005F025F" w:rsidRDefault="00000000">
            <w:pPr>
              <w:jc w:val="center"/>
            </w:pPr>
            <w:r>
              <w:rPr>
                <w:b/>
                <w:color w:val="0E4369"/>
                <w:sz w:val="17"/>
              </w:rPr>
              <w:t>REVIEW</w:t>
            </w:r>
            <w:r>
              <w:rPr>
                <w:b/>
                <w:color w:val="0E4369"/>
                <w:sz w:val="17"/>
              </w:rPr>
              <w:br/>
            </w:r>
            <w:r>
              <w:rPr>
                <w:sz w:val="17"/>
              </w:rPr>
              <w:t>Assessment &amp; 90-day follow-up</w:t>
            </w:r>
          </w:p>
        </w:tc>
      </w:tr>
    </w:tbl>
    <w:p w14:paraId="07282D90" w14:textId="77777777" w:rsidR="005F025F" w:rsidRDefault="005F025F"/>
    <w:p w14:paraId="2B68A91C" w14:textId="77777777" w:rsidR="005F025F" w:rsidRDefault="00000000">
      <w:pPr>
        <w:jc w:val="center"/>
      </w:pPr>
      <w:r>
        <w:rPr>
          <w:b/>
          <w:color w:val="0E4369"/>
        </w:rPr>
        <w:t>EDITABLE TEMPLATE • DESIGNED FOR CLEANING BUSINESSES</w:t>
      </w:r>
    </w:p>
    <w:p w14:paraId="692C5FB1" w14:textId="77777777" w:rsidR="005F025F" w:rsidRDefault="00000000">
      <w:r>
        <w:br w:type="page"/>
      </w:r>
    </w:p>
    <w:p w14:paraId="665FF3A9" w14:textId="77777777" w:rsidR="005F025F" w:rsidRDefault="00000000">
      <w:pPr>
        <w:pStyle w:val="Heading1"/>
      </w:pPr>
      <w:r>
        <w:lastRenderedPageBreak/>
        <w:t>How to Use This Toolkit</w:t>
      </w:r>
    </w:p>
    <w:p w14:paraId="2624A605" w14:textId="77777777" w:rsidR="00A1084E" w:rsidRDefault="00A1084E"/>
    <w:p w14:paraId="0A138133" w14:textId="15D84D92" w:rsidR="005F025F" w:rsidRDefault="00000000">
      <w:r>
        <w:t>This toolkit is designed to help a cleaning business define the supervisor role clearly and then train a new or promoted supervisor in a structured way over their first four weeks.</w:t>
      </w:r>
    </w:p>
    <w:p w14:paraId="430F0D20" w14:textId="77777777" w:rsidR="00A1084E" w:rsidRDefault="00A1084E">
      <w:pPr>
        <w:pStyle w:val="Heading2"/>
      </w:pPr>
    </w:p>
    <w:p w14:paraId="29503D19" w14:textId="2DB9917C" w:rsidR="005F025F" w:rsidRDefault="00000000">
      <w:pPr>
        <w:pStyle w:val="Heading2"/>
      </w:pPr>
      <w:r>
        <w:t>Before you use it</w:t>
      </w:r>
    </w:p>
    <w:p w14:paraId="4A6F5FC3" w14:textId="77777777" w:rsidR="00A1084E" w:rsidRPr="00A1084E" w:rsidRDefault="00A1084E" w:rsidP="00A1084E"/>
    <w:p w14:paraId="0644AB12" w14:textId="77777777" w:rsidR="005F025F" w:rsidRDefault="00000000" w:rsidP="00A1084E">
      <w:pPr>
        <w:pStyle w:val="ListBullet"/>
        <w:tabs>
          <w:tab w:val="clear" w:pos="360"/>
          <w:tab w:val="num" w:pos="284"/>
        </w:tabs>
        <w:ind w:left="284" w:hanging="284"/>
      </w:pPr>
      <w:r>
        <w:t>Add your company name, location, pay details and reporting structure.</w:t>
      </w:r>
    </w:p>
    <w:p w14:paraId="136393DB" w14:textId="77777777" w:rsidR="005F025F" w:rsidRDefault="00000000" w:rsidP="00A1084E">
      <w:pPr>
        <w:pStyle w:val="ListBullet"/>
        <w:tabs>
          <w:tab w:val="clear" w:pos="360"/>
          <w:tab w:val="num" w:pos="284"/>
        </w:tabs>
        <w:ind w:left="284" w:hanging="284"/>
      </w:pPr>
      <w:r>
        <w:t>Adapt the responsibilities to match the size and structure of your business.</w:t>
      </w:r>
    </w:p>
    <w:p w14:paraId="6E2BE284" w14:textId="77777777" w:rsidR="005F025F" w:rsidRDefault="00000000" w:rsidP="00A1084E">
      <w:pPr>
        <w:pStyle w:val="ListBullet"/>
        <w:tabs>
          <w:tab w:val="clear" w:pos="360"/>
          <w:tab w:val="num" w:pos="284"/>
        </w:tabs>
        <w:ind w:left="284" w:hanging="284"/>
      </w:pPr>
      <w:r>
        <w:t>Replace generic references to systems/software with the tools you actually use.</w:t>
      </w:r>
    </w:p>
    <w:p w14:paraId="249DD75E" w14:textId="77777777" w:rsidR="005F025F" w:rsidRDefault="00000000" w:rsidP="00A1084E">
      <w:pPr>
        <w:pStyle w:val="ListBullet"/>
        <w:tabs>
          <w:tab w:val="clear" w:pos="360"/>
          <w:tab w:val="num" w:pos="284"/>
        </w:tabs>
        <w:ind w:left="284" w:hanging="284"/>
      </w:pPr>
      <w:r>
        <w:t>Align the training plan with your own cleaning standards, health &amp; safety procedures and client service expectations.</w:t>
      </w:r>
    </w:p>
    <w:p w14:paraId="565BFCE6" w14:textId="77777777" w:rsidR="005F025F" w:rsidRDefault="00000000" w:rsidP="00A1084E">
      <w:pPr>
        <w:pStyle w:val="ListBullet"/>
        <w:tabs>
          <w:tab w:val="clear" w:pos="360"/>
          <w:tab w:val="num" w:pos="284"/>
        </w:tabs>
        <w:ind w:left="284" w:hanging="284"/>
      </w:pPr>
      <w:r>
        <w:t>Decide who will mentor, observe and sign off the supervisor during the four-week programme.</w:t>
      </w:r>
    </w:p>
    <w:p w14:paraId="05758CA6" w14:textId="77777777" w:rsidR="00A1084E" w:rsidRDefault="00A1084E">
      <w:pPr>
        <w:pStyle w:val="Heading2"/>
      </w:pPr>
    </w:p>
    <w:p w14:paraId="2201F5E6" w14:textId="33775E9D" w:rsidR="005F025F" w:rsidRDefault="00000000">
      <w:pPr>
        <w:pStyle w:val="Heading2"/>
      </w:pPr>
      <w:r>
        <w:t>What this toolkit includes</w:t>
      </w:r>
    </w:p>
    <w:p w14:paraId="0FFCAC55" w14:textId="77777777" w:rsidR="00A1084E" w:rsidRPr="00A1084E" w:rsidRDefault="00A1084E" w:rsidP="00A1084E"/>
    <w:tbl>
      <w:tblPr>
        <w:tblStyle w:val="TableGrid"/>
        <w:tblW w:w="0" w:type="auto"/>
        <w:jc w:val="center"/>
        <w:tblLook w:val="04A0" w:firstRow="1" w:lastRow="0" w:firstColumn="1" w:lastColumn="0" w:noHBand="0" w:noVBand="1"/>
      </w:tblPr>
      <w:tblGrid>
        <w:gridCol w:w="1242"/>
        <w:gridCol w:w="9008"/>
      </w:tblGrid>
      <w:tr w:rsidR="005F025F" w14:paraId="61E6E8E0" w14:textId="77777777" w:rsidTr="00A1084E">
        <w:trPr>
          <w:jc w:val="center"/>
        </w:trPr>
        <w:tc>
          <w:tcPr>
            <w:tcW w:w="1242" w:type="dxa"/>
            <w:shd w:val="clear" w:color="auto" w:fill="0E4369"/>
          </w:tcPr>
          <w:p w14:paraId="40433313" w14:textId="77777777" w:rsidR="005F025F" w:rsidRDefault="00000000" w:rsidP="002F3EB4">
            <w:pPr>
              <w:jc w:val="center"/>
            </w:pPr>
            <w:r>
              <w:rPr>
                <w:b/>
                <w:color w:val="FFFFFF"/>
                <w:sz w:val="17"/>
              </w:rPr>
              <w:t>✓</w:t>
            </w:r>
          </w:p>
        </w:tc>
        <w:tc>
          <w:tcPr>
            <w:tcW w:w="9008" w:type="dxa"/>
            <w:shd w:val="clear" w:color="auto" w:fill="0E4369"/>
          </w:tcPr>
          <w:p w14:paraId="6D0B346B" w14:textId="77777777" w:rsidR="005F025F" w:rsidRDefault="00000000">
            <w:r>
              <w:rPr>
                <w:b/>
                <w:color w:val="FFFFFF"/>
                <w:sz w:val="17"/>
              </w:rPr>
              <w:t>Checklist item</w:t>
            </w:r>
          </w:p>
        </w:tc>
      </w:tr>
      <w:tr w:rsidR="005F025F" w14:paraId="292493A9" w14:textId="77777777" w:rsidTr="00A1084E">
        <w:trPr>
          <w:jc w:val="center"/>
        </w:trPr>
        <w:tc>
          <w:tcPr>
            <w:tcW w:w="1242" w:type="dxa"/>
            <w:tcMar>
              <w:top w:w="70" w:type="dxa"/>
              <w:left w:w="90" w:type="dxa"/>
              <w:bottom w:w="70" w:type="dxa"/>
              <w:right w:w="90" w:type="dxa"/>
            </w:tcMar>
          </w:tcPr>
          <w:p w14:paraId="7280CAE3" w14:textId="77777777" w:rsidR="005F025F" w:rsidRDefault="00000000" w:rsidP="002F3EB4">
            <w:pPr>
              <w:jc w:val="center"/>
            </w:pPr>
            <w:r>
              <w:rPr>
                <w:sz w:val="17"/>
              </w:rPr>
              <w:t>☐</w:t>
            </w:r>
          </w:p>
        </w:tc>
        <w:tc>
          <w:tcPr>
            <w:tcW w:w="9008" w:type="dxa"/>
            <w:tcMar>
              <w:top w:w="70" w:type="dxa"/>
              <w:left w:w="90" w:type="dxa"/>
              <w:bottom w:w="70" w:type="dxa"/>
              <w:right w:w="90" w:type="dxa"/>
            </w:tcMar>
          </w:tcPr>
          <w:p w14:paraId="51F46DC9" w14:textId="77777777" w:rsidR="005F025F" w:rsidRDefault="00000000">
            <w:r>
              <w:rPr>
                <w:sz w:val="17"/>
              </w:rPr>
              <w:t>Cleaning Team Supervisor job description</w:t>
            </w:r>
          </w:p>
        </w:tc>
      </w:tr>
      <w:tr w:rsidR="005F025F" w14:paraId="0D5379D7" w14:textId="77777777" w:rsidTr="00A1084E">
        <w:trPr>
          <w:jc w:val="center"/>
        </w:trPr>
        <w:tc>
          <w:tcPr>
            <w:tcW w:w="1242" w:type="dxa"/>
            <w:tcMar>
              <w:top w:w="70" w:type="dxa"/>
              <w:left w:w="90" w:type="dxa"/>
              <w:bottom w:w="70" w:type="dxa"/>
              <w:right w:w="90" w:type="dxa"/>
            </w:tcMar>
          </w:tcPr>
          <w:p w14:paraId="7B41737D" w14:textId="77777777" w:rsidR="005F025F" w:rsidRDefault="00000000" w:rsidP="002F3EB4">
            <w:pPr>
              <w:jc w:val="center"/>
            </w:pPr>
            <w:r>
              <w:rPr>
                <w:sz w:val="17"/>
              </w:rPr>
              <w:t>☐</w:t>
            </w:r>
          </w:p>
        </w:tc>
        <w:tc>
          <w:tcPr>
            <w:tcW w:w="9008" w:type="dxa"/>
            <w:tcMar>
              <w:top w:w="70" w:type="dxa"/>
              <w:left w:w="90" w:type="dxa"/>
              <w:bottom w:w="70" w:type="dxa"/>
              <w:right w:w="90" w:type="dxa"/>
            </w:tcMar>
          </w:tcPr>
          <w:p w14:paraId="18F86BFD" w14:textId="77777777" w:rsidR="005F025F" w:rsidRDefault="00000000">
            <w:r>
              <w:rPr>
                <w:sz w:val="17"/>
              </w:rPr>
              <w:t>Role purpose and key responsibilities</w:t>
            </w:r>
          </w:p>
        </w:tc>
      </w:tr>
      <w:tr w:rsidR="005F025F" w14:paraId="0B725AA5" w14:textId="77777777" w:rsidTr="00A1084E">
        <w:trPr>
          <w:jc w:val="center"/>
        </w:trPr>
        <w:tc>
          <w:tcPr>
            <w:tcW w:w="1242" w:type="dxa"/>
            <w:tcMar>
              <w:top w:w="70" w:type="dxa"/>
              <w:left w:w="90" w:type="dxa"/>
              <w:bottom w:w="70" w:type="dxa"/>
              <w:right w:w="90" w:type="dxa"/>
            </w:tcMar>
          </w:tcPr>
          <w:p w14:paraId="5675F808" w14:textId="77777777" w:rsidR="005F025F" w:rsidRDefault="00000000" w:rsidP="002F3EB4">
            <w:pPr>
              <w:jc w:val="center"/>
            </w:pPr>
            <w:r>
              <w:rPr>
                <w:sz w:val="17"/>
              </w:rPr>
              <w:t>☐</w:t>
            </w:r>
          </w:p>
        </w:tc>
        <w:tc>
          <w:tcPr>
            <w:tcW w:w="9008" w:type="dxa"/>
            <w:tcMar>
              <w:top w:w="70" w:type="dxa"/>
              <w:left w:w="90" w:type="dxa"/>
              <w:bottom w:w="70" w:type="dxa"/>
              <w:right w:w="90" w:type="dxa"/>
            </w:tcMar>
          </w:tcPr>
          <w:p w14:paraId="06B93D53" w14:textId="77777777" w:rsidR="005F025F" w:rsidRDefault="00000000">
            <w:r>
              <w:rPr>
                <w:sz w:val="17"/>
              </w:rPr>
              <w:t>Person specification</w:t>
            </w:r>
          </w:p>
        </w:tc>
      </w:tr>
      <w:tr w:rsidR="005F025F" w14:paraId="78B818A9" w14:textId="77777777" w:rsidTr="00A1084E">
        <w:trPr>
          <w:jc w:val="center"/>
        </w:trPr>
        <w:tc>
          <w:tcPr>
            <w:tcW w:w="1242" w:type="dxa"/>
            <w:tcMar>
              <w:top w:w="70" w:type="dxa"/>
              <w:left w:w="90" w:type="dxa"/>
              <w:bottom w:w="70" w:type="dxa"/>
              <w:right w:w="90" w:type="dxa"/>
            </w:tcMar>
          </w:tcPr>
          <w:p w14:paraId="3D0C15FA" w14:textId="77777777" w:rsidR="005F025F" w:rsidRDefault="00000000" w:rsidP="002F3EB4">
            <w:pPr>
              <w:jc w:val="center"/>
            </w:pPr>
            <w:r>
              <w:rPr>
                <w:sz w:val="17"/>
              </w:rPr>
              <w:t>☐</w:t>
            </w:r>
          </w:p>
        </w:tc>
        <w:tc>
          <w:tcPr>
            <w:tcW w:w="9008" w:type="dxa"/>
            <w:tcMar>
              <w:top w:w="70" w:type="dxa"/>
              <w:left w:w="90" w:type="dxa"/>
              <w:bottom w:w="70" w:type="dxa"/>
              <w:right w:w="90" w:type="dxa"/>
            </w:tcMar>
          </w:tcPr>
          <w:p w14:paraId="13B3EDD7" w14:textId="77777777" w:rsidR="005F025F" w:rsidRDefault="00000000">
            <w:r>
              <w:rPr>
                <w:sz w:val="17"/>
              </w:rPr>
              <w:t>Key success measures / KPIs</w:t>
            </w:r>
          </w:p>
        </w:tc>
      </w:tr>
      <w:tr w:rsidR="005F025F" w14:paraId="2C127098" w14:textId="77777777" w:rsidTr="00A1084E">
        <w:trPr>
          <w:jc w:val="center"/>
        </w:trPr>
        <w:tc>
          <w:tcPr>
            <w:tcW w:w="1242" w:type="dxa"/>
            <w:tcMar>
              <w:top w:w="70" w:type="dxa"/>
              <w:left w:w="90" w:type="dxa"/>
              <w:bottom w:w="70" w:type="dxa"/>
              <w:right w:w="90" w:type="dxa"/>
            </w:tcMar>
          </w:tcPr>
          <w:p w14:paraId="4996F724" w14:textId="77777777" w:rsidR="005F025F" w:rsidRDefault="00000000" w:rsidP="002F3EB4">
            <w:pPr>
              <w:jc w:val="center"/>
            </w:pPr>
            <w:r>
              <w:rPr>
                <w:sz w:val="17"/>
              </w:rPr>
              <w:t>☐</w:t>
            </w:r>
          </w:p>
        </w:tc>
        <w:tc>
          <w:tcPr>
            <w:tcW w:w="9008" w:type="dxa"/>
            <w:tcMar>
              <w:top w:w="70" w:type="dxa"/>
              <w:left w:w="90" w:type="dxa"/>
              <w:bottom w:w="70" w:type="dxa"/>
              <w:right w:w="90" w:type="dxa"/>
            </w:tcMar>
          </w:tcPr>
          <w:p w14:paraId="3F9401B6" w14:textId="77777777" w:rsidR="005F025F" w:rsidRDefault="00000000">
            <w:r>
              <w:rPr>
                <w:sz w:val="17"/>
              </w:rPr>
              <w:t>Four-week structured training plan</w:t>
            </w:r>
          </w:p>
        </w:tc>
      </w:tr>
      <w:tr w:rsidR="005F025F" w14:paraId="7DE862ED" w14:textId="77777777" w:rsidTr="00A1084E">
        <w:trPr>
          <w:jc w:val="center"/>
        </w:trPr>
        <w:tc>
          <w:tcPr>
            <w:tcW w:w="1242" w:type="dxa"/>
            <w:tcMar>
              <w:top w:w="70" w:type="dxa"/>
              <w:left w:w="90" w:type="dxa"/>
              <w:bottom w:w="70" w:type="dxa"/>
              <w:right w:w="90" w:type="dxa"/>
            </w:tcMar>
          </w:tcPr>
          <w:p w14:paraId="5A764A03" w14:textId="77777777" w:rsidR="005F025F" w:rsidRDefault="00000000" w:rsidP="002F3EB4">
            <w:pPr>
              <w:jc w:val="center"/>
            </w:pPr>
            <w:r>
              <w:rPr>
                <w:sz w:val="17"/>
              </w:rPr>
              <w:t>☐</w:t>
            </w:r>
          </w:p>
        </w:tc>
        <w:tc>
          <w:tcPr>
            <w:tcW w:w="9008" w:type="dxa"/>
            <w:tcMar>
              <w:top w:w="70" w:type="dxa"/>
              <w:left w:w="90" w:type="dxa"/>
              <w:bottom w:w="70" w:type="dxa"/>
              <w:right w:w="90" w:type="dxa"/>
            </w:tcMar>
          </w:tcPr>
          <w:p w14:paraId="07024A48" w14:textId="77777777" w:rsidR="005F025F" w:rsidRDefault="00000000">
            <w:r>
              <w:rPr>
                <w:sz w:val="17"/>
              </w:rPr>
              <w:t>Weekly learning outcomes and manager sign-off</w:t>
            </w:r>
          </w:p>
        </w:tc>
      </w:tr>
      <w:tr w:rsidR="005F025F" w14:paraId="5217326D" w14:textId="77777777" w:rsidTr="00A1084E">
        <w:trPr>
          <w:jc w:val="center"/>
        </w:trPr>
        <w:tc>
          <w:tcPr>
            <w:tcW w:w="1242" w:type="dxa"/>
            <w:tcMar>
              <w:top w:w="70" w:type="dxa"/>
              <w:left w:w="90" w:type="dxa"/>
              <w:bottom w:w="70" w:type="dxa"/>
              <w:right w:w="90" w:type="dxa"/>
            </w:tcMar>
          </w:tcPr>
          <w:p w14:paraId="572815D5" w14:textId="77777777" w:rsidR="005F025F" w:rsidRDefault="00000000" w:rsidP="002F3EB4">
            <w:pPr>
              <w:jc w:val="center"/>
            </w:pPr>
            <w:r>
              <w:rPr>
                <w:sz w:val="17"/>
              </w:rPr>
              <w:t>☐</w:t>
            </w:r>
          </w:p>
        </w:tc>
        <w:tc>
          <w:tcPr>
            <w:tcW w:w="9008" w:type="dxa"/>
            <w:tcMar>
              <w:top w:w="70" w:type="dxa"/>
              <w:left w:w="90" w:type="dxa"/>
              <w:bottom w:w="70" w:type="dxa"/>
              <w:right w:w="90" w:type="dxa"/>
            </w:tcMar>
          </w:tcPr>
          <w:p w14:paraId="37DA7069" w14:textId="77777777" w:rsidR="005F025F" w:rsidRDefault="00000000">
            <w:r>
              <w:rPr>
                <w:sz w:val="17"/>
              </w:rPr>
              <w:t>Final practical assessment and knowledge review</w:t>
            </w:r>
          </w:p>
        </w:tc>
      </w:tr>
      <w:tr w:rsidR="005F025F" w14:paraId="4134B49A" w14:textId="77777777" w:rsidTr="00A1084E">
        <w:trPr>
          <w:jc w:val="center"/>
        </w:trPr>
        <w:tc>
          <w:tcPr>
            <w:tcW w:w="1242" w:type="dxa"/>
            <w:tcMar>
              <w:top w:w="70" w:type="dxa"/>
              <w:left w:w="90" w:type="dxa"/>
              <w:bottom w:w="70" w:type="dxa"/>
              <w:right w:w="90" w:type="dxa"/>
            </w:tcMar>
          </w:tcPr>
          <w:p w14:paraId="5EF667F9" w14:textId="77777777" w:rsidR="005F025F" w:rsidRDefault="00000000" w:rsidP="002F3EB4">
            <w:pPr>
              <w:jc w:val="center"/>
            </w:pPr>
            <w:r>
              <w:rPr>
                <w:sz w:val="17"/>
              </w:rPr>
              <w:t>☐</w:t>
            </w:r>
          </w:p>
        </w:tc>
        <w:tc>
          <w:tcPr>
            <w:tcW w:w="9008" w:type="dxa"/>
            <w:tcMar>
              <w:top w:w="70" w:type="dxa"/>
              <w:left w:w="90" w:type="dxa"/>
              <w:bottom w:w="70" w:type="dxa"/>
              <w:right w:w="90" w:type="dxa"/>
            </w:tcMar>
          </w:tcPr>
          <w:p w14:paraId="2DFF9646" w14:textId="77777777" w:rsidR="005F025F" w:rsidRDefault="00000000">
            <w:r>
              <w:rPr>
                <w:sz w:val="17"/>
              </w:rPr>
              <w:t>30 / 60 / 90-day development plan</w:t>
            </w:r>
          </w:p>
        </w:tc>
      </w:tr>
    </w:tbl>
    <w:p w14:paraId="1E014220" w14:textId="77777777" w:rsidR="005F025F" w:rsidRDefault="00000000">
      <w:r>
        <w:br w:type="page"/>
      </w:r>
    </w:p>
    <w:p w14:paraId="315298B9" w14:textId="77777777" w:rsidR="005F025F" w:rsidRDefault="00000000">
      <w:pPr>
        <w:pStyle w:val="Heading1"/>
      </w:pPr>
      <w:r>
        <w:t>Job Description: Cleaning Team Supervisor</w:t>
      </w:r>
    </w:p>
    <w:p w14:paraId="28EC52FD" w14:textId="77777777" w:rsidR="00A1084E" w:rsidRPr="00A1084E" w:rsidRDefault="00A1084E" w:rsidP="00A1084E"/>
    <w:tbl>
      <w:tblPr>
        <w:tblStyle w:val="TableGrid"/>
        <w:tblW w:w="0" w:type="auto"/>
        <w:jc w:val="center"/>
        <w:tblLook w:val="04A0" w:firstRow="1" w:lastRow="0" w:firstColumn="1" w:lastColumn="0" w:noHBand="0" w:noVBand="1"/>
      </w:tblPr>
      <w:tblGrid>
        <w:gridCol w:w="2510"/>
        <w:gridCol w:w="7724"/>
      </w:tblGrid>
      <w:tr w:rsidR="005F025F" w14:paraId="33A01EAD" w14:textId="77777777" w:rsidTr="00A1084E">
        <w:trPr>
          <w:jc w:val="center"/>
        </w:trPr>
        <w:tc>
          <w:tcPr>
            <w:tcW w:w="2510" w:type="dxa"/>
            <w:shd w:val="clear" w:color="auto" w:fill="E9F4F3"/>
            <w:tcMar>
              <w:top w:w="90" w:type="dxa"/>
              <w:left w:w="100" w:type="dxa"/>
              <w:bottom w:w="90" w:type="dxa"/>
              <w:right w:w="100" w:type="dxa"/>
            </w:tcMar>
          </w:tcPr>
          <w:p w14:paraId="48B9B58B" w14:textId="77777777" w:rsidR="005F025F" w:rsidRDefault="00000000">
            <w:r>
              <w:rPr>
                <w:b/>
                <w:color w:val="0E4369"/>
                <w:sz w:val="17"/>
              </w:rPr>
              <w:t>Role</w:t>
            </w:r>
          </w:p>
        </w:tc>
        <w:tc>
          <w:tcPr>
            <w:tcW w:w="7724" w:type="dxa"/>
            <w:tcMar>
              <w:top w:w="90" w:type="dxa"/>
              <w:left w:w="100" w:type="dxa"/>
              <w:bottom w:w="90" w:type="dxa"/>
              <w:right w:w="100" w:type="dxa"/>
            </w:tcMar>
          </w:tcPr>
          <w:p w14:paraId="17766227" w14:textId="77777777" w:rsidR="005F025F" w:rsidRDefault="00000000">
            <w:r>
              <w:rPr>
                <w:sz w:val="17"/>
              </w:rPr>
              <w:t>Cleaning Team Supervisor</w:t>
            </w:r>
          </w:p>
        </w:tc>
      </w:tr>
      <w:tr w:rsidR="005F025F" w14:paraId="05FCBCF8" w14:textId="77777777" w:rsidTr="00A1084E">
        <w:trPr>
          <w:jc w:val="center"/>
        </w:trPr>
        <w:tc>
          <w:tcPr>
            <w:tcW w:w="2510" w:type="dxa"/>
            <w:shd w:val="clear" w:color="auto" w:fill="E9F4F3"/>
            <w:tcMar>
              <w:top w:w="90" w:type="dxa"/>
              <w:left w:w="100" w:type="dxa"/>
              <w:bottom w:w="90" w:type="dxa"/>
              <w:right w:w="100" w:type="dxa"/>
            </w:tcMar>
          </w:tcPr>
          <w:p w14:paraId="20C5A8A5" w14:textId="77777777" w:rsidR="005F025F" w:rsidRDefault="00000000">
            <w:r>
              <w:rPr>
                <w:b/>
                <w:color w:val="0E4369"/>
                <w:sz w:val="17"/>
              </w:rPr>
              <w:t>Reports to</w:t>
            </w:r>
          </w:p>
        </w:tc>
        <w:tc>
          <w:tcPr>
            <w:tcW w:w="7724" w:type="dxa"/>
            <w:tcMar>
              <w:top w:w="90" w:type="dxa"/>
              <w:left w:w="100" w:type="dxa"/>
              <w:bottom w:w="90" w:type="dxa"/>
              <w:right w:w="100" w:type="dxa"/>
            </w:tcMar>
          </w:tcPr>
          <w:p w14:paraId="59E37497" w14:textId="77777777" w:rsidR="005F025F" w:rsidRDefault="00000000">
            <w:r>
              <w:rPr>
                <w:sz w:val="17"/>
              </w:rPr>
              <w:t>[Operations Manager / Director / Insert role]</w:t>
            </w:r>
          </w:p>
        </w:tc>
      </w:tr>
      <w:tr w:rsidR="005F025F" w14:paraId="293BF6FF" w14:textId="77777777" w:rsidTr="00A1084E">
        <w:trPr>
          <w:jc w:val="center"/>
        </w:trPr>
        <w:tc>
          <w:tcPr>
            <w:tcW w:w="2510" w:type="dxa"/>
            <w:shd w:val="clear" w:color="auto" w:fill="E9F4F3"/>
            <w:tcMar>
              <w:top w:w="90" w:type="dxa"/>
              <w:left w:w="100" w:type="dxa"/>
              <w:bottom w:w="90" w:type="dxa"/>
              <w:right w:w="100" w:type="dxa"/>
            </w:tcMar>
          </w:tcPr>
          <w:p w14:paraId="4BEA3016" w14:textId="77777777" w:rsidR="005F025F" w:rsidRDefault="00000000">
            <w:r>
              <w:rPr>
                <w:b/>
                <w:color w:val="0E4369"/>
                <w:sz w:val="17"/>
              </w:rPr>
              <w:t>Location</w:t>
            </w:r>
          </w:p>
        </w:tc>
        <w:tc>
          <w:tcPr>
            <w:tcW w:w="7724" w:type="dxa"/>
            <w:tcMar>
              <w:top w:w="90" w:type="dxa"/>
              <w:left w:w="100" w:type="dxa"/>
              <w:bottom w:w="90" w:type="dxa"/>
              <w:right w:w="100" w:type="dxa"/>
            </w:tcMar>
          </w:tcPr>
          <w:p w14:paraId="7243AC75" w14:textId="77777777" w:rsidR="005F025F" w:rsidRDefault="00000000">
            <w:r>
              <w:rPr>
                <w:sz w:val="17"/>
              </w:rPr>
              <w:t>[Insert location / operating area]</w:t>
            </w:r>
          </w:p>
        </w:tc>
      </w:tr>
      <w:tr w:rsidR="005F025F" w14:paraId="09A8662F" w14:textId="77777777" w:rsidTr="00A1084E">
        <w:trPr>
          <w:jc w:val="center"/>
        </w:trPr>
        <w:tc>
          <w:tcPr>
            <w:tcW w:w="2510" w:type="dxa"/>
            <w:shd w:val="clear" w:color="auto" w:fill="E9F4F3"/>
            <w:tcMar>
              <w:top w:w="90" w:type="dxa"/>
              <w:left w:w="100" w:type="dxa"/>
              <w:bottom w:w="90" w:type="dxa"/>
              <w:right w:w="100" w:type="dxa"/>
            </w:tcMar>
          </w:tcPr>
          <w:p w14:paraId="7C7F5D17" w14:textId="77777777" w:rsidR="005F025F" w:rsidRDefault="00000000">
            <w:r>
              <w:rPr>
                <w:b/>
                <w:color w:val="0E4369"/>
                <w:sz w:val="17"/>
              </w:rPr>
              <w:t>Employment type</w:t>
            </w:r>
          </w:p>
        </w:tc>
        <w:tc>
          <w:tcPr>
            <w:tcW w:w="7724" w:type="dxa"/>
            <w:tcMar>
              <w:top w:w="90" w:type="dxa"/>
              <w:left w:w="100" w:type="dxa"/>
              <w:bottom w:w="90" w:type="dxa"/>
              <w:right w:w="100" w:type="dxa"/>
            </w:tcMar>
          </w:tcPr>
          <w:p w14:paraId="3D232DFF" w14:textId="77777777" w:rsidR="005F025F" w:rsidRDefault="00000000">
            <w:r>
              <w:rPr>
                <w:sz w:val="17"/>
              </w:rPr>
              <w:t>[Full-time / Part-time]</w:t>
            </w:r>
          </w:p>
        </w:tc>
      </w:tr>
      <w:tr w:rsidR="005F025F" w14:paraId="2F4ED210" w14:textId="77777777" w:rsidTr="00A1084E">
        <w:trPr>
          <w:jc w:val="center"/>
        </w:trPr>
        <w:tc>
          <w:tcPr>
            <w:tcW w:w="2510" w:type="dxa"/>
            <w:shd w:val="clear" w:color="auto" w:fill="E9F4F3"/>
            <w:tcMar>
              <w:top w:w="90" w:type="dxa"/>
              <w:left w:w="100" w:type="dxa"/>
              <w:bottom w:w="90" w:type="dxa"/>
              <w:right w:w="100" w:type="dxa"/>
            </w:tcMar>
          </w:tcPr>
          <w:p w14:paraId="1C64C4AF" w14:textId="77777777" w:rsidR="005F025F" w:rsidRDefault="00000000">
            <w:r>
              <w:rPr>
                <w:b/>
                <w:color w:val="0E4369"/>
                <w:sz w:val="17"/>
              </w:rPr>
              <w:t>Hours</w:t>
            </w:r>
          </w:p>
        </w:tc>
        <w:tc>
          <w:tcPr>
            <w:tcW w:w="7724" w:type="dxa"/>
            <w:tcMar>
              <w:top w:w="90" w:type="dxa"/>
              <w:left w:w="100" w:type="dxa"/>
              <w:bottom w:w="90" w:type="dxa"/>
              <w:right w:w="100" w:type="dxa"/>
            </w:tcMar>
          </w:tcPr>
          <w:p w14:paraId="60DA3C79" w14:textId="77777777" w:rsidR="005F025F" w:rsidRDefault="00000000">
            <w:r>
              <w:rPr>
                <w:sz w:val="17"/>
              </w:rPr>
              <w:t>[Insert contracted / typical hours]</w:t>
            </w:r>
          </w:p>
        </w:tc>
      </w:tr>
      <w:tr w:rsidR="005F025F" w14:paraId="4FC96E83" w14:textId="77777777" w:rsidTr="00A1084E">
        <w:trPr>
          <w:jc w:val="center"/>
        </w:trPr>
        <w:tc>
          <w:tcPr>
            <w:tcW w:w="2510" w:type="dxa"/>
            <w:shd w:val="clear" w:color="auto" w:fill="E9F4F3"/>
            <w:tcMar>
              <w:top w:w="90" w:type="dxa"/>
              <w:left w:w="100" w:type="dxa"/>
              <w:bottom w:w="90" w:type="dxa"/>
              <w:right w:w="100" w:type="dxa"/>
            </w:tcMar>
          </w:tcPr>
          <w:p w14:paraId="7DDD7D0F" w14:textId="77777777" w:rsidR="005F025F" w:rsidRDefault="00000000">
            <w:r>
              <w:rPr>
                <w:b/>
                <w:color w:val="0E4369"/>
                <w:sz w:val="17"/>
              </w:rPr>
              <w:t>Salary / hourly rate</w:t>
            </w:r>
          </w:p>
        </w:tc>
        <w:tc>
          <w:tcPr>
            <w:tcW w:w="7724" w:type="dxa"/>
            <w:tcMar>
              <w:top w:w="90" w:type="dxa"/>
              <w:left w:w="100" w:type="dxa"/>
              <w:bottom w:w="90" w:type="dxa"/>
              <w:right w:w="100" w:type="dxa"/>
            </w:tcMar>
          </w:tcPr>
          <w:p w14:paraId="3513B311" w14:textId="77777777" w:rsidR="005F025F" w:rsidRDefault="00000000">
            <w:r>
              <w:rPr>
                <w:sz w:val="17"/>
              </w:rPr>
              <w:t>[Insert pay]</w:t>
            </w:r>
          </w:p>
        </w:tc>
      </w:tr>
      <w:tr w:rsidR="005F025F" w14:paraId="0E89C0D0" w14:textId="77777777" w:rsidTr="00A1084E">
        <w:trPr>
          <w:jc w:val="center"/>
        </w:trPr>
        <w:tc>
          <w:tcPr>
            <w:tcW w:w="2510" w:type="dxa"/>
            <w:shd w:val="clear" w:color="auto" w:fill="E9F4F3"/>
            <w:tcMar>
              <w:top w:w="90" w:type="dxa"/>
              <w:left w:w="100" w:type="dxa"/>
              <w:bottom w:w="90" w:type="dxa"/>
              <w:right w:w="100" w:type="dxa"/>
            </w:tcMar>
          </w:tcPr>
          <w:p w14:paraId="7DA18189" w14:textId="77777777" w:rsidR="005F025F" w:rsidRDefault="00000000">
            <w:r>
              <w:rPr>
                <w:b/>
                <w:color w:val="0E4369"/>
                <w:sz w:val="17"/>
              </w:rPr>
              <w:t>Review period</w:t>
            </w:r>
          </w:p>
        </w:tc>
        <w:tc>
          <w:tcPr>
            <w:tcW w:w="7724" w:type="dxa"/>
            <w:tcMar>
              <w:top w:w="90" w:type="dxa"/>
              <w:left w:w="100" w:type="dxa"/>
              <w:bottom w:w="90" w:type="dxa"/>
              <w:right w:w="100" w:type="dxa"/>
            </w:tcMar>
          </w:tcPr>
          <w:p w14:paraId="37F35ED4" w14:textId="77777777" w:rsidR="005F025F" w:rsidRDefault="00000000">
            <w:r>
              <w:rPr>
                <w:sz w:val="17"/>
              </w:rPr>
              <w:t>[Insert frequency, e.g. 3-month probation review / annual appraisal]</w:t>
            </w:r>
          </w:p>
        </w:tc>
      </w:tr>
    </w:tbl>
    <w:p w14:paraId="49810003" w14:textId="77777777" w:rsidR="00A1084E" w:rsidRDefault="00A1084E">
      <w:pPr>
        <w:pStyle w:val="Heading2"/>
      </w:pPr>
    </w:p>
    <w:p w14:paraId="55B69E37" w14:textId="0D38722E" w:rsidR="005F025F" w:rsidRDefault="00000000">
      <w:pPr>
        <w:pStyle w:val="Heading2"/>
      </w:pPr>
      <w:r>
        <w:t>Role Purpose</w:t>
      </w:r>
    </w:p>
    <w:p w14:paraId="59E075BA" w14:textId="77777777" w:rsidR="005F025F" w:rsidRDefault="00000000">
      <w:r>
        <w:t>The Cleaning Team Supervisor supports the day-to-day delivery of cleaning services by leading cleaners, maintaining standards, resolving routine issues and acting as a link between the team and management. The role combines practical cleaning knowledge with people leadership, quality control, client care and basic administration.</w:t>
      </w:r>
    </w:p>
    <w:p w14:paraId="28500230" w14:textId="77777777" w:rsidR="00A1084E" w:rsidRDefault="00A1084E"/>
    <w:p w14:paraId="131140EE" w14:textId="77777777" w:rsidR="005F025F" w:rsidRDefault="00000000">
      <w:pPr>
        <w:pStyle w:val="Heading2"/>
      </w:pPr>
      <w:r>
        <w:t>Key Responsibilities</w:t>
      </w:r>
    </w:p>
    <w:p w14:paraId="1CC97A75" w14:textId="77777777" w:rsidR="00A1084E" w:rsidRPr="00A1084E" w:rsidRDefault="00A1084E" w:rsidP="00A1084E"/>
    <w:p w14:paraId="17F4B491" w14:textId="77777777" w:rsidR="005F025F" w:rsidRDefault="00000000" w:rsidP="00A1084E">
      <w:pPr>
        <w:pStyle w:val="ListBullet"/>
        <w:tabs>
          <w:tab w:val="clear" w:pos="360"/>
          <w:tab w:val="num" w:pos="426"/>
        </w:tabs>
        <w:spacing w:after="120"/>
        <w:ind w:left="426" w:hanging="357"/>
        <w:contextualSpacing w:val="0"/>
      </w:pPr>
      <w:r>
        <w:t>Supervise cleaners during day-to-day operations, including task allocation, shift coordination and on-site support.</w:t>
      </w:r>
    </w:p>
    <w:p w14:paraId="21BFEACE" w14:textId="77777777" w:rsidR="005F025F" w:rsidRDefault="00000000" w:rsidP="00A1084E">
      <w:pPr>
        <w:pStyle w:val="ListBullet"/>
        <w:tabs>
          <w:tab w:val="clear" w:pos="360"/>
          <w:tab w:val="num" w:pos="426"/>
        </w:tabs>
        <w:spacing w:after="120"/>
        <w:ind w:left="426" w:hanging="357"/>
        <w:contextualSpacing w:val="0"/>
      </w:pPr>
      <w:r>
        <w:t>Conduct quality checks and take appropriate action where standards do not meet company or client expectations.</w:t>
      </w:r>
    </w:p>
    <w:p w14:paraId="5A9FA94A" w14:textId="77777777" w:rsidR="005F025F" w:rsidRDefault="00000000" w:rsidP="00A1084E">
      <w:pPr>
        <w:pStyle w:val="ListBullet"/>
        <w:tabs>
          <w:tab w:val="clear" w:pos="360"/>
          <w:tab w:val="num" w:pos="426"/>
        </w:tabs>
        <w:spacing w:after="120"/>
        <w:ind w:left="426" w:hanging="357"/>
        <w:contextualSpacing w:val="0"/>
      </w:pPr>
      <w:r>
        <w:t>Train and coach new and existing team members in cleaning methods, safe working practices and company procedures.</w:t>
      </w:r>
    </w:p>
    <w:p w14:paraId="3A2E6E86" w14:textId="77777777" w:rsidR="005F025F" w:rsidRDefault="00000000" w:rsidP="00A1084E">
      <w:pPr>
        <w:pStyle w:val="ListBullet"/>
        <w:tabs>
          <w:tab w:val="clear" w:pos="360"/>
          <w:tab w:val="num" w:pos="426"/>
        </w:tabs>
        <w:spacing w:after="120"/>
        <w:ind w:left="426" w:hanging="357"/>
        <w:contextualSpacing w:val="0"/>
      </w:pPr>
      <w:r>
        <w:t>Support the preparation and communication of rotas and flag staffing or coverage issues promptly.</w:t>
      </w:r>
    </w:p>
    <w:p w14:paraId="2252E113" w14:textId="77777777" w:rsidR="005F025F" w:rsidRDefault="00000000" w:rsidP="00A1084E">
      <w:pPr>
        <w:pStyle w:val="ListBullet"/>
        <w:tabs>
          <w:tab w:val="clear" w:pos="360"/>
          <w:tab w:val="num" w:pos="426"/>
        </w:tabs>
        <w:spacing w:after="120"/>
        <w:ind w:left="426" w:hanging="357"/>
        <w:contextualSpacing w:val="0"/>
      </w:pPr>
      <w:r>
        <w:t>Monitor cleaning supplies and equipment, report shortages or defects, and follow company stock-control procedures.</w:t>
      </w:r>
    </w:p>
    <w:p w14:paraId="609159F0" w14:textId="77777777" w:rsidR="005F025F" w:rsidRDefault="00000000" w:rsidP="00A1084E">
      <w:pPr>
        <w:pStyle w:val="ListBullet"/>
        <w:tabs>
          <w:tab w:val="clear" w:pos="360"/>
          <w:tab w:val="num" w:pos="426"/>
        </w:tabs>
        <w:spacing w:after="120"/>
        <w:ind w:left="426" w:hanging="357"/>
        <w:contextualSpacing w:val="0"/>
      </w:pPr>
      <w:r>
        <w:t>Handle routine client feedback professionally and escalate complaints or service concerns when required.</w:t>
      </w:r>
    </w:p>
    <w:p w14:paraId="43342354" w14:textId="77777777" w:rsidR="005F025F" w:rsidRDefault="00000000" w:rsidP="00A1084E">
      <w:pPr>
        <w:pStyle w:val="ListBullet"/>
        <w:tabs>
          <w:tab w:val="clear" w:pos="360"/>
          <w:tab w:val="num" w:pos="426"/>
        </w:tabs>
        <w:spacing w:after="120"/>
        <w:ind w:left="426" w:hanging="357"/>
        <w:contextualSpacing w:val="0"/>
      </w:pPr>
      <w:r>
        <w:t>Promote compliance with health &amp; safety requirements, including COSHH, manual handling, lone working and site-specific risk controls.</w:t>
      </w:r>
    </w:p>
    <w:p w14:paraId="423C30DF" w14:textId="77777777" w:rsidR="005F025F" w:rsidRDefault="00000000" w:rsidP="00A1084E">
      <w:pPr>
        <w:pStyle w:val="ListBullet"/>
        <w:tabs>
          <w:tab w:val="clear" w:pos="360"/>
          <w:tab w:val="num" w:pos="426"/>
        </w:tabs>
        <w:spacing w:after="120"/>
        <w:ind w:left="426" w:hanging="357"/>
        <w:contextualSpacing w:val="0"/>
      </w:pPr>
      <w:r>
        <w:t>Ensure incidents, accidents, maintenance issues and relevant operational concerns are recorded and reported correctly.</w:t>
      </w:r>
    </w:p>
    <w:p w14:paraId="1A2BAF4F" w14:textId="77777777" w:rsidR="005F025F" w:rsidRDefault="00000000" w:rsidP="00A1084E">
      <w:pPr>
        <w:pStyle w:val="ListBullet"/>
        <w:tabs>
          <w:tab w:val="clear" w:pos="360"/>
          <w:tab w:val="num" w:pos="426"/>
        </w:tabs>
        <w:spacing w:after="120"/>
        <w:ind w:left="426" w:hanging="357"/>
        <w:contextualSpacing w:val="0"/>
      </w:pPr>
      <w:r>
        <w:t>Support recruitment, induction and onboarding activity where required.</w:t>
      </w:r>
    </w:p>
    <w:p w14:paraId="18F12A71" w14:textId="77777777" w:rsidR="005F025F" w:rsidRDefault="00000000" w:rsidP="00A1084E">
      <w:pPr>
        <w:pStyle w:val="ListBullet"/>
        <w:tabs>
          <w:tab w:val="clear" w:pos="360"/>
          <w:tab w:val="num" w:pos="426"/>
        </w:tabs>
        <w:spacing w:after="120"/>
        <w:ind w:left="426" w:hanging="357"/>
        <w:contextualSpacing w:val="0"/>
      </w:pPr>
      <w:r>
        <w:t>Lead by example in punctuality, conduct, appearance, confidentiality, customer care and cleaning standards.</w:t>
      </w:r>
    </w:p>
    <w:p w14:paraId="76F5E220" w14:textId="77777777" w:rsidR="005F025F" w:rsidRDefault="00000000" w:rsidP="00A1084E">
      <w:pPr>
        <w:pStyle w:val="ListBullet"/>
        <w:tabs>
          <w:tab w:val="clear" w:pos="360"/>
          <w:tab w:val="num" w:pos="426"/>
        </w:tabs>
        <w:ind w:left="426"/>
      </w:pPr>
      <w:r>
        <w:t>Provide regular feedback to management on team performance, training needs, client concerns and operational improvements.</w:t>
      </w:r>
    </w:p>
    <w:p w14:paraId="51F0E4DA" w14:textId="77777777" w:rsidR="005F025F" w:rsidRDefault="00000000">
      <w:pPr>
        <w:pStyle w:val="Heading2"/>
        <w:pageBreakBefore/>
      </w:pPr>
      <w:r>
        <w:t>Authority &amp; Escalation</w:t>
      </w:r>
    </w:p>
    <w:p w14:paraId="70BBD517" w14:textId="77777777" w:rsidR="00A1084E" w:rsidRPr="00A1084E" w:rsidRDefault="00A1084E" w:rsidP="00A1084E"/>
    <w:p w14:paraId="21886985" w14:textId="77777777" w:rsidR="005F025F" w:rsidRDefault="00000000">
      <w:r>
        <w:t>The supervisor should understand what they can decide independently and what must be referred to management. Complete this section for your business:</w:t>
      </w:r>
    </w:p>
    <w:p w14:paraId="7958E26C" w14:textId="77777777" w:rsidR="00A1084E" w:rsidRDefault="00A1084E"/>
    <w:tbl>
      <w:tblPr>
        <w:tblStyle w:val="TableGrid"/>
        <w:tblW w:w="0" w:type="auto"/>
        <w:jc w:val="center"/>
        <w:tblLook w:val="04A0" w:firstRow="1" w:lastRow="0" w:firstColumn="1" w:lastColumn="0" w:noHBand="0" w:noVBand="1"/>
      </w:tblPr>
      <w:tblGrid>
        <w:gridCol w:w="2935"/>
        <w:gridCol w:w="7299"/>
      </w:tblGrid>
      <w:tr w:rsidR="005F025F" w14:paraId="2765ED63" w14:textId="77777777" w:rsidTr="00A1084E">
        <w:trPr>
          <w:jc w:val="center"/>
        </w:trPr>
        <w:tc>
          <w:tcPr>
            <w:tcW w:w="2935" w:type="dxa"/>
            <w:shd w:val="clear" w:color="auto" w:fill="E9F4F3"/>
            <w:tcMar>
              <w:top w:w="90" w:type="dxa"/>
              <w:left w:w="100" w:type="dxa"/>
              <w:bottom w:w="90" w:type="dxa"/>
              <w:right w:w="100" w:type="dxa"/>
            </w:tcMar>
          </w:tcPr>
          <w:p w14:paraId="0944E37E" w14:textId="77777777" w:rsidR="005F025F" w:rsidRDefault="00000000">
            <w:r>
              <w:rPr>
                <w:b/>
                <w:color w:val="0E4369"/>
                <w:sz w:val="17"/>
              </w:rPr>
              <w:t>May decide</w:t>
            </w:r>
          </w:p>
        </w:tc>
        <w:tc>
          <w:tcPr>
            <w:tcW w:w="7299" w:type="dxa"/>
            <w:tcMar>
              <w:top w:w="90" w:type="dxa"/>
              <w:left w:w="100" w:type="dxa"/>
              <w:bottom w:w="90" w:type="dxa"/>
              <w:right w:w="100" w:type="dxa"/>
            </w:tcMar>
          </w:tcPr>
          <w:p w14:paraId="32D819E3" w14:textId="77777777" w:rsidR="005F025F" w:rsidRDefault="00000000">
            <w:r>
              <w:rPr>
                <w:sz w:val="17"/>
              </w:rPr>
              <w:t>[e.g. task allocation, minor on-site adjustments, routine quality corrections]</w:t>
            </w:r>
          </w:p>
        </w:tc>
      </w:tr>
      <w:tr w:rsidR="005F025F" w14:paraId="6DFD2C1A" w14:textId="77777777" w:rsidTr="00A1084E">
        <w:trPr>
          <w:jc w:val="center"/>
        </w:trPr>
        <w:tc>
          <w:tcPr>
            <w:tcW w:w="2935" w:type="dxa"/>
            <w:shd w:val="clear" w:color="auto" w:fill="E9F4F3"/>
            <w:tcMar>
              <w:top w:w="90" w:type="dxa"/>
              <w:left w:w="100" w:type="dxa"/>
              <w:bottom w:w="90" w:type="dxa"/>
              <w:right w:w="100" w:type="dxa"/>
            </w:tcMar>
          </w:tcPr>
          <w:p w14:paraId="0C50B33A" w14:textId="77777777" w:rsidR="005F025F" w:rsidRDefault="00000000">
            <w:r>
              <w:rPr>
                <w:b/>
                <w:color w:val="0E4369"/>
                <w:sz w:val="17"/>
              </w:rPr>
              <w:t>Must escalate</w:t>
            </w:r>
          </w:p>
        </w:tc>
        <w:tc>
          <w:tcPr>
            <w:tcW w:w="7299" w:type="dxa"/>
            <w:tcMar>
              <w:top w:w="90" w:type="dxa"/>
              <w:left w:w="100" w:type="dxa"/>
              <w:bottom w:w="90" w:type="dxa"/>
              <w:right w:w="100" w:type="dxa"/>
            </w:tcMar>
          </w:tcPr>
          <w:p w14:paraId="0EF87DC2" w14:textId="77777777" w:rsidR="005F025F" w:rsidRDefault="00000000">
            <w:r>
              <w:rPr>
                <w:sz w:val="17"/>
              </w:rPr>
              <w:t>[e.g. formal complaints, disciplinary issues, safeguarding concerns, serious H&amp;S incidents, pricing changes]</w:t>
            </w:r>
          </w:p>
        </w:tc>
      </w:tr>
      <w:tr w:rsidR="005F025F" w14:paraId="6E95DEA8" w14:textId="77777777" w:rsidTr="00A1084E">
        <w:trPr>
          <w:jc w:val="center"/>
        </w:trPr>
        <w:tc>
          <w:tcPr>
            <w:tcW w:w="2935" w:type="dxa"/>
            <w:shd w:val="clear" w:color="auto" w:fill="E9F4F3"/>
            <w:tcMar>
              <w:top w:w="90" w:type="dxa"/>
              <w:left w:w="100" w:type="dxa"/>
              <w:bottom w:w="90" w:type="dxa"/>
              <w:right w:w="100" w:type="dxa"/>
            </w:tcMar>
          </w:tcPr>
          <w:p w14:paraId="2491DD3B" w14:textId="77777777" w:rsidR="005F025F" w:rsidRDefault="00000000">
            <w:r>
              <w:rPr>
                <w:b/>
                <w:color w:val="0E4369"/>
                <w:sz w:val="17"/>
              </w:rPr>
              <w:t>Spending / ordering limit</w:t>
            </w:r>
          </w:p>
        </w:tc>
        <w:tc>
          <w:tcPr>
            <w:tcW w:w="7299" w:type="dxa"/>
            <w:tcMar>
              <w:top w:w="90" w:type="dxa"/>
              <w:left w:w="100" w:type="dxa"/>
              <w:bottom w:w="90" w:type="dxa"/>
              <w:right w:w="100" w:type="dxa"/>
            </w:tcMar>
          </w:tcPr>
          <w:p w14:paraId="0AE0D69C" w14:textId="77777777" w:rsidR="005F025F" w:rsidRDefault="00000000">
            <w:r>
              <w:rPr>
                <w:sz w:val="17"/>
              </w:rPr>
              <w:t>[Insert amount or process]</w:t>
            </w:r>
          </w:p>
        </w:tc>
      </w:tr>
      <w:tr w:rsidR="005F025F" w14:paraId="2F653814" w14:textId="77777777" w:rsidTr="00A1084E">
        <w:trPr>
          <w:jc w:val="center"/>
        </w:trPr>
        <w:tc>
          <w:tcPr>
            <w:tcW w:w="2935" w:type="dxa"/>
            <w:shd w:val="clear" w:color="auto" w:fill="E9F4F3"/>
            <w:tcMar>
              <w:top w:w="90" w:type="dxa"/>
              <w:left w:w="100" w:type="dxa"/>
              <w:bottom w:w="90" w:type="dxa"/>
              <w:right w:w="100" w:type="dxa"/>
            </w:tcMar>
          </w:tcPr>
          <w:p w14:paraId="068BD7E2" w14:textId="77777777" w:rsidR="005F025F" w:rsidRDefault="00000000">
            <w:r>
              <w:rPr>
                <w:b/>
                <w:color w:val="0E4369"/>
                <w:sz w:val="17"/>
              </w:rPr>
              <w:t>Client communication authority</w:t>
            </w:r>
          </w:p>
        </w:tc>
        <w:tc>
          <w:tcPr>
            <w:tcW w:w="7299" w:type="dxa"/>
            <w:tcMar>
              <w:top w:w="90" w:type="dxa"/>
              <w:left w:w="100" w:type="dxa"/>
              <w:bottom w:w="90" w:type="dxa"/>
              <w:right w:w="100" w:type="dxa"/>
            </w:tcMar>
          </w:tcPr>
          <w:p w14:paraId="3DE5AE87" w14:textId="77777777" w:rsidR="005F025F" w:rsidRDefault="00000000">
            <w:r>
              <w:rPr>
                <w:sz w:val="17"/>
              </w:rPr>
              <w:t>[Insert boundaries]</w:t>
            </w:r>
          </w:p>
        </w:tc>
      </w:tr>
    </w:tbl>
    <w:p w14:paraId="5925123C" w14:textId="77777777" w:rsidR="005F025F" w:rsidRDefault="00000000">
      <w:r>
        <w:br w:type="page"/>
      </w:r>
    </w:p>
    <w:p w14:paraId="7E395FC2" w14:textId="77777777" w:rsidR="005F025F" w:rsidRDefault="00000000">
      <w:pPr>
        <w:pStyle w:val="Heading1"/>
      </w:pPr>
      <w:r>
        <w:t>Person Specification</w:t>
      </w:r>
    </w:p>
    <w:p w14:paraId="34950518" w14:textId="77777777" w:rsidR="00A1084E" w:rsidRPr="00A1084E" w:rsidRDefault="00A1084E" w:rsidP="00A1084E"/>
    <w:tbl>
      <w:tblPr>
        <w:tblStyle w:val="TableGrid"/>
        <w:tblW w:w="0" w:type="auto"/>
        <w:jc w:val="center"/>
        <w:tblLook w:val="04A0" w:firstRow="1" w:lastRow="0" w:firstColumn="1" w:lastColumn="0" w:noHBand="0" w:noVBand="1"/>
      </w:tblPr>
      <w:tblGrid>
        <w:gridCol w:w="2376"/>
        <w:gridCol w:w="4457"/>
        <w:gridCol w:w="3417"/>
      </w:tblGrid>
      <w:tr w:rsidR="005F025F" w14:paraId="59E9DB4F" w14:textId="77777777" w:rsidTr="00A1084E">
        <w:trPr>
          <w:jc w:val="center"/>
        </w:trPr>
        <w:tc>
          <w:tcPr>
            <w:tcW w:w="2376" w:type="dxa"/>
            <w:shd w:val="clear" w:color="auto" w:fill="0E4369"/>
          </w:tcPr>
          <w:p w14:paraId="7A1B9F1E" w14:textId="77777777" w:rsidR="005F025F" w:rsidRDefault="00000000">
            <w:r>
              <w:rPr>
                <w:b/>
                <w:color w:val="FFFFFF"/>
                <w:sz w:val="17"/>
              </w:rPr>
              <w:t>Area</w:t>
            </w:r>
          </w:p>
        </w:tc>
        <w:tc>
          <w:tcPr>
            <w:tcW w:w="4457" w:type="dxa"/>
            <w:shd w:val="clear" w:color="auto" w:fill="0E4369"/>
          </w:tcPr>
          <w:p w14:paraId="10B435AA" w14:textId="77777777" w:rsidR="005F025F" w:rsidRDefault="00000000">
            <w:r>
              <w:rPr>
                <w:b/>
                <w:color w:val="FFFFFF"/>
                <w:sz w:val="17"/>
              </w:rPr>
              <w:t>Essential</w:t>
            </w:r>
          </w:p>
        </w:tc>
        <w:tc>
          <w:tcPr>
            <w:tcW w:w="3417" w:type="dxa"/>
            <w:shd w:val="clear" w:color="auto" w:fill="0E4369"/>
          </w:tcPr>
          <w:p w14:paraId="6C7B86A8" w14:textId="77777777" w:rsidR="005F025F" w:rsidRDefault="00000000">
            <w:r>
              <w:rPr>
                <w:b/>
                <w:color w:val="FFFFFF"/>
                <w:sz w:val="17"/>
              </w:rPr>
              <w:t>Desirable</w:t>
            </w:r>
          </w:p>
        </w:tc>
      </w:tr>
      <w:tr w:rsidR="005F025F" w14:paraId="4B9C05CB" w14:textId="77777777" w:rsidTr="00A1084E">
        <w:trPr>
          <w:jc w:val="center"/>
        </w:trPr>
        <w:tc>
          <w:tcPr>
            <w:tcW w:w="2376" w:type="dxa"/>
            <w:tcMar>
              <w:top w:w="80" w:type="dxa"/>
              <w:left w:w="90" w:type="dxa"/>
              <w:bottom w:w="80" w:type="dxa"/>
              <w:right w:w="90" w:type="dxa"/>
            </w:tcMar>
          </w:tcPr>
          <w:p w14:paraId="7B8F3E56" w14:textId="77777777" w:rsidR="005F025F" w:rsidRDefault="00000000">
            <w:r>
              <w:rPr>
                <w:sz w:val="17"/>
              </w:rPr>
              <w:t>Cleaning experience</w:t>
            </w:r>
          </w:p>
        </w:tc>
        <w:tc>
          <w:tcPr>
            <w:tcW w:w="4457" w:type="dxa"/>
            <w:tcMar>
              <w:top w:w="80" w:type="dxa"/>
              <w:left w:w="90" w:type="dxa"/>
              <w:bottom w:w="80" w:type="dxa"/>
              <w:right w:w="90" w:type="dxa"/>
            </w:tcMar>
          </w:tcPr>
          <w:p w14:paraId="415764E0" w14:textId="77777777" w:rsidR="005F025F" w:rsidRDefault="00000000">
            <w:r>
              <w:rPr>
                <w:sz w:val="17"/>
              </w:rPr>
              <w:t>Good practical understanding of professional cleaning standards</w:t>
            </w:r>
          </w:p>
        </w:tc>
        <w:tc>
          <w:tcPr>
            <w:tcW w:w="3417" w:type="dxa"/>
            <w:tcMar>
              <w:top w:w="80" w:type="dxa"/>
              <w:left w:w="90" w:type="dxa"/>
              <w:bottom w:w="80" w:type="dxa"/>
              <w:right w:w="90" w:type="dxa"/>
            </w:tcMar>
          </w:tcPr>
          <w:p w14:paraId="50C5B420" w14:textId="77777777" w:rsidR="005F025F" w:rsidRDefault="00000000">
            <w:r>
              <w:rPr>
                <w:sz w:val="17"/>
              </w:rPr>
              <w:t>Previous supervisory cleaning experience</w:t>
            </w:r>
          </w:p>
        </w:tc>
      </w:tr>
      <w:tr w:rsidR="005F025F" w14:paraId="701DB0C4" w14:textId="77777777" w:rsidTr="00A1084E">
        <w:trPr>
          <w:jc w:val="center"/>
        </w:trPr>
        <w:tc>
          <w:tcPr>
            <w:tcW w:w="2376" w:type="dxa"/>
            <w:tcMar>
              <w:top w:w="80" w:type="dxa"/>
              <w:left w:w="90" w:type="dxa"/>
              <w:bottom w:w="80" w:type="dxa"/>
              <w:right w:w="90" w:type="dxa"/>
            </w:tcMar>
          </w:tcPr>
          <w:p w14:paraId="3B97123D" w14:textId="77777777" w:rsidR="005F025F" w:rsidRDefault="00000000">
            <w:r>
              <w:rPr>
                <w:sz w:val="17"/>
              </w:rPr>
              <w:t>Leadership</w:t>
            </w:r>
          </w:p>
        </w:tc>
        <w:tc>
          <w:tcPr>
            <w:tcW w:w="4457" w:type="dxa"/>
            <w:tcMar>
              <w:top w:w="80" w:type="dxa"/>
              <w:left w:w="90" w:type="dxa"/>
              <w:bottom w:w="80" w:type="dxa"/>
              <w:right w:w="90" w:type="dxa"/>
            </w:tcMar>
          </w:tcPr>
          <w:p w14:paraId="2DA391AB" w14:textId="77777777" w:rsidR="005F025F" w:rsidRDefault="00000000">
            <w:r>
              <w:rPr>
                <w:sz w:val="17"/>
              </w:rPr>
              <w:t>Able to give clear instructions, feedback and support</w:t>
            </w:r>
          </w:p>
        </w:tc>
        <w:tc>
          <w:tcPr>
            <w:tcW w:w="3417" w:type="dxa"/>
            <w:tcMar>
              <w:top w:w="80" w:type="dxa"/>
              <w:left w:w="90" w:type="dxa"/>
              <w:bottom w:w="80" w:type="dxa"/>
              <w:right w:w="90" w:type="dxa"/>
            </w:tcMar>
          </w:tcPr>
          <w:p w14:paraId="771808FC" w14:textId="77777777" w:rsidR="005F025F" w:rsidRDefault="00000000">
            <w:r>
              <w:rPr>
                <w:sz w:val="17"/>
              </w:rPr>
              <w:t>Experience coaching or training others</w:t>
            </w:r>
          </w:p>
        </w:tc>
      </w:tr>
      <w:tr w:rsidR="005F025F" w14:paraId="219F2E78" w14:textId="77777777" w:rsidTr="00A1084E">
        <w:trPr>
          <w:jc w:val="center"/>
        </w:trPr>
        <w:tc>
          <w:tcPr>
            <w:tcW w:w="2376" w:type="dxa"/>
            <w:tcMar>
              <w:top w:w="80" w:type="dxa"/>
              <w:left w:w="90" w:type="dxa"/>
              <w:bottom w:w="80" w:type="dxa"/>
              <w:right w:w="90" w:type="dxa"/>
            </w:tcMar>
          </w:tcPr>
          <w:p w14:paraId="3E134DE8" w14:textId="77777777" w:rsidR="005F025F" w:rsidRDefault="00000000">
            <w:r>
              <w:rPr>
                <w:sz w:val="17"/>
              </w:rPr>
              <w:t>Communication</w:t>
            </w:r>
          </w:p>
        </w:tc>
        <w:tc>
          <w:tcPr>
            <w:tcW w:w="4457" w:type="dxa"/>
            <w:tcMar>
              <w:top w:w="80" w:type="dxa"/>
              <w:left w:w="90" w:type="dxa"/>
              <w:bottom w:w="80" w:type="dxa"/>
              <w:right w:w="90" w:type="dxa"/>
            </w:tcMar>
          </w:tcPr>
          <w:p w14:paraId="05A09D1E" w14:textId="77777777" w:rsidR="005F025F" w:rsidRDefault="00000000">
            <w:r>
              <w:rPr>
                <w:sz w:val="17"/>
              </w:rPr>
              <w:t>Professional, calm and confident with team members and clients</w:t>
            </w:r>
          </w:p>
        </w:tc>
        <w:tc>
          <w:tcPr>
            <w:tcW w:w="3417" w:type="dxa"/>
            <w:tcMar>
              <w:top w:w="80" w:type="dxa"/>
              <w:left w:w="90" w:type="dxa"/>
              <w:bottom w:w="80" w:type="dxa"/>
              <w:right w:w="90" w:type="dxa"/>
            </w:tcMar>
          </w:tcPr>
          <w:p w14:paraId="7DB84796" w14:textId="77777777" w:rsidR="005F025F" w:rsidRDefault="00000000">
            <w:r>
              <w:rPr>
                <w:sz w:val="17"/>
              </w:rPr>
              <w:t>Experience handling complaints</w:t>
            </w:r>
          </w:p>
        </w:tc>
      </w:tr>
      <w:tr w:rsidR="005F025F" w14:paraId="642E56D5" w14:textId="77777777" w:rsidTr="00A1084E">
        <w:trPr>
          <w:jc w:val="center"/>
        </w:trPr>
        <w:tc>
          <w:tcPr>
            <w:tcW w:w="2376" w:type="dxa"/>
            <w:tcMar>
              <w:top w:w="80" w:type="dxa"/>
              <w:left w:w="90" w:type="dxa"/>
              <w:bottom w:w="80" w:type="dxa"/>
              <w:right w:w="90" w:type="dxa"/>
            </w:tcMar>
          </w:tcPr>
          <w:p w14:paraId="72C67780" w14:textId="77777777" w:rsidR="005F025F" w:rsidRDefault="00000000">
            <w:r>
              <w:rPr>
                <w:sz w:val="17"/>
              </w:rPr>
              <w:t>Organisation</w:t>
            </w:r>
          </w:p>
        </w:tc>
        <w:tc>
          <w:tcPr>
            <w:tcW w:w="4457" w:type="dxa"/>
            <w:tcMar>
              <w:top w:w="80" w:type="dxa"/>
              <w:left w:w="90" w:type="dxa"/>
              <w:bottom w:w="80" w:type="dxa"/>
              <w:right w:w="90" w:type="dxa"/>
            </w:tcMar>
          </w:tcPr>
          <w:p w14:paraId="42E35566" w14:textId="77777777" w:rsidR="005F025F" w:rsidRDefault="00000000">
            <w:r>
              <w:rPr>
                <w:sz w:val="17"/>
              </w:rPr>
              <w:t>Reliable, punctual and able to prioritise competing tasks</w:t>
            </w:r>
          </w:p>
        </w:tc>
        <w:tc>
          <w:tcPr>
            <w:tcW w:w="3417" w:type="dxa"/>
            <w:tcMar>
              <w:top w:w="80" w:type="dxa"/>
              <w:left w:w="90" w:type="dxa"/>
              <w:bottom w:w="80" w:type="dxa"/>
              <w:right w:w="90" w:type="dxa"/>
            </w:tcMar>
          </w:tcPr>
          <w:p w14:paraId="264FF31D" w14:textId="77777777" w:rsidR="005F025F" w:rsidRDefault="00000000">
            <w:r>
              <w:rPr>
                <w:sz w:val="17"/>
              </w:rPr>
              <w:t>Rota or scheduling experience</w:t>
            </w:r>
          </w:p>
        </w:tc>
      </w:tr>
      <w:tr w:rsidR="005F025F" w14:paraId="097730F8" w14:textId="77777777" w:rsidTr="00A1084E">
        <w:trPr>
          <w:jc w:val="center"/>
        </w:trPr>
        <w:tc>
          <w:tcPr>
            <w:tcW w:w="2376" w:type="dxa"/>
            <w:tcMar>
              <w:top w:w="80" w:type="dxa"/>
              <w:left w:w="90" w:type="dxa"/>
              <w:bottom w:w="80" w:type="dxa"/>
              <w:right w:w="90" w:type="dxa"/>
            </w:tcMar>
          </w:tcPr>
          <w:p w14:paraId="60C6052A" w14:textId="77777777" w:rsidR="005F025F" w:rsidRDefault="00000000">
            <w:r>
              <w:rPr>
                <w:sz w:val="17"/>
              </w:rPr>
              <w:t>Quality</w:t>
            </w:r>
          </w:p>
        </w:tc>
        <w:tc>
          <w:tcPr>
            <w:tcW w:w="4457" w:type="dxa"/>
            <w:tcMar>
              <w:top w:w="80" w:type="dxa"/>
              <w:left w:w="90" w:type="dxa"/>
              <w:bottom w:w="80" w:type="dxa"/>
              <w:right w:w="90" w:type="dxa"/>
            </w:tcMar>
          </w:tcPr>
          <w:p w14:paraId="27C109A8" w14:textId="77777777" w:rsidR="005F025F" w:rsidRDefault="00000000">
            <w:r>
              <w:rPr>
                <w:sz w:val="17"/>
              </w:rPr>
              <w:t>Strong eye for detail and willingness to address poor standards</w:t>
            </w:r>
          </w:p>
        </w:tc>
        <w:tc>
          <w:tcPr>
            <w:tcW w:w="3417" w:type="dxa"/>
            <w:tcMar>
              <w:top w:w="80" w:type="dxa"/>
              <w:left w:w="90" w:type="dxa"/>
              <w:bottom w:w="80" w:type="dxa"/>
              <w:right w:w="90" w:type="dxa"/>
            </w:tcMar>
          </w:tcPr>
          <w:p w14:paraId="339C2D00" w14:textId="77777777" w:rsidR="005F025F" w:rsidRDefault="00000000">
            <w:r>
              <w:rPr>
                <w:sz w:val="17"/>
              </w:rPr>
              <w:t>Experience completing formal quality audits</w:t>
            </w:r>
          </w:p>
        </w:tc>
      </w:tr>
      <w:tr w:rsidR="005F025F" w14:paraId="18C44901" w14:textId="77777777" w:rsidTr="00A1084E">
        <w:trPr>
          <w:jc w:val="center"/>
        </w:trPr>
        <w:tc>
          <w:tcPr>
            <w:tcW w:w="2376" w:type="dxa"/>
            <w:tcMar>
              <w:top w:w="80" w:type="dxa"/>
              <w:left w:w="90" w:type="dxa"/>
              <w:bottom w:w="80" w:type="dxa"/>
              <w:right w:w="90" w:type="dxa"/>
            </w:tcMar>
          </w:tcPr>
          <w:p w14:paraId="3C9E5703" w14:textId="77777777" w:rsidR="005F025F" w:rsidRDefault="00000000">
            <w:r>
              <w:rPr>
                <w:sz w:val="17"/>
              </w:rPr>
              <w:t>Health &amp; safety</w:t>
            </w:r>
          </w:p>
        </w:tc>
        <w:tc>
          <w:tcPr>
            <w:tcW w:w="4457" w:type="dxa"/>
            <w:tcMar>
              <w:top w:w="80" w:type="dxa"/>
              <w:left w:w="90" w:type="dxa"/>
              <w:bottom w:w="80" w:type="dxa"/>
              <w:right w:w="90" w:type="dxa"/>
            </w:tcMar>
          </w:tcPr>
          <w:p w14:paraId="217CDB6B" w14:textId="77777777" w:rsidR="005F025F" w:rsidRDefault="00000000">
            <w:r>
              <w:rPr>
                <w:sz w:val="17"/>
              </w:rPr>
              <w:t>Willing to follow and reinforce company H&amp;S procedures</w:t>
            </w:r>
          </w:p>
        </w:tc>
        <w:tc>
          <w:tcPr>
            <w:tcW w:w="3417" w:type="dxa"/>
            <w:tcMar>
              <w:top w:w="80" w:type="dxa"/>
              <w:left w:w="90" w:type="dxa"/>
              <w:bottom w:w="80" w:type="dxa"/>
              <w:right w:w="90" w:type="dxa"/>
            </w:tcMar>
          </w:tcPr>
          <w:p w14:paraId="4DFA5CBB" w14:textId="77777777" w:rsidR="005F025F" w:rsidRDefault="00000000">
            <w:r>
              <w:rPr>
                <w:sz w:val="17"/>
              </w:rPr>
              <w:t>COSHH / first aid / manual handling training</w:t>
            </w:r>
          </w:p>
        </w:tc>
      </w:tr>
      <w:tr w:rsidR="005F025F" w14:paraId="4993B4B1" w14:textId="77777777" w:rsidTr="00A1084E">
        <w:trPr>
          <w:jc w:val="center"/>
        </w:trPr>
        <w:tc>
          <w:tcPr>
            <w:tcW w:w="2376" w:type="dxa"/>
            <w:tcMar>
              <w:top w:w="80" w:type="dxa"/>
              <w:left w:w="90" w:type="dxa"/>
              <w:bottom w:w="80" w:type="dxa"/>
              <w:right w:w="90" w:type="dxa"/>
            </w:tcMar>
          </w:tcPr>
          <w:p w14:paraId="3D316163" w14:textId="77777777" w:rsidR="005F025F" w:rsidRDefault="00000000">
            <w:r>
              <w:rPr>
                <w:sz w:val="17"/>
              </w:rPr>
              <w:t>Administration</w:t>
            </w:r>
          </w:p>
        </w:tc>
        <w:tc>
          <w:tcPr>
            <w:tcW w:w="4457" w:type="dxa"/>
            <w:tcMar>
              <w:top w:w="80" w:type="dxa"/>
              <w:left w:w="90" w:type="dxa"/>
              <w:bottom w:w="80" w:type="dxa"/>
              <w:right w:w="90" w:type="dxa"/>
            </w:tcMar>
          </w:tcPr>
          <w:p w14:paraId="2A71EB62" w14:textId="77777777" w:rsidR="005F025F" w:rsidRDefault="00000000">
            <w:r>
              <w:rPr>
                <w:sz w:val="17"/>
              </w:rPr>
              <w:t>Able to complete basic records accurately</w:t>
            </w:r>
          </w:p>
        </w:tc>
        <w:tc>
          <w:tcPr>
            <w:tcW w:w="3417" w:type="dxa"/>
            <w:tcMar>
              <w:top w:w="80" w:type="dxa"/>
              <w:left w:w="90" w:type="dxa"/>
              <w:bottom w:w="80" w:type="dxa"/>
              <w:right w:w="90" w:type="dxa"/>
            </w:tcMar>
          </w:tcPr>
          <w:p w14:paraId="6F5FCEF6" w14:textId="77777777" w:rsidR="005F025F" w:rsidRDefault="00000000">
            <w:r>
              <w:rPr>
                <w:sz w:val="17"/>
              </w:rPr>
              <w:t>Comfortable using scheduling or workforce software</w:t>
            </w:r>
          </w:p>
        </w:tc>
      </w:tr>
      <w:tr w:rsidR="005F025F" w14:paraId="746EE5E8" w14:textId="77777777" w:rsidTr="00A1084E">
        <w:trPr>
          <w:jc w:val="center"/>
        </w:trPr>
        <w:tc>
          <w:tcPr>
            <w:tcW w:w="2376" w:type="dxa"/>
            <w:tcMar>
              <w:top w:w="80" w:type="dxa"/>
              <w:left w:w="90" w:type="dxa"/>
              <w:bottom w:w="80" w:type="dxa"/>
              <w:right w:w="90" w:type="dxa"/>
            </w:tcMar>
          </w:tcPr>
          <w:p w14:paraId="4287D7EC" w14:textId="77777777" w:rsidR="005F025F" w:rsidRDefault="00000000">
            <w:r>
              <w:rPr>
                <w:sz w:val="17"/>
              </w:rPr>
              <w:t>Driving / travel</w:t>
            </w:r>
          </w:p>
        </w:tc>
        <w:tc>
          <w:tcPr>
            <w:tcW w:w="4457" w:type="dxa"/>
            <w:tcMar>
              <w:top w:w="80" w:type="dxa"/>
              <w:left w:w="90" w:type="dxa"/>
              <w:bottom w:w="80" w:type="dxa"/>
              <w:right w:w="90" w:type="dxa"/>
            </w:tcMar>
          </w:tcPr>
          <w:p w14:paraId="7073489B" w14:textId="77777777" w:rsidR="005F025F" w:rsidRDefault="00000000">
            <w:r>
              <w:rPr>
                <w:sz w:val="17"/>
              </w:rPr>
              <w:t>[Insert requirement if applicable]</w:t>
            </w:r>
          </w:p>
        </w:tc>
        <w:tc>
          <w:tcPr>
            <w:tcW w:w="3417" w:type="dxa"/>
            <w:tcMar>
              <w:top w:w="80" w:type="dxa"/>
              <w:left w:w="90" w:type="dxa"/>
              <w:bottom w:w="80" w:type="dxa"/>
              <w:right w:w="90" w:type="dxa"/>
            </w:tcMar>
          </w:tcPr>
          <w:p w14:paraId="11B55447" w14:textId="77777777" w:rsidR="005F025F" w:rsidRDefault="00000000">
            <w:r>
              <w:rPr>
                <w:sz w:val="17"/>
              </w:rPr>
              <w:t>[Insert desirable licence/vehicle requirements]</w:t>
            </w:r>
          </w:p>
        </w:tc>
      </w:tr>
    </w:tbl>
    <w:p w14:paraId="6AEA48E9" w14:textId="77777777" w:rsidR="00A1084E" w:rsidRDefault="00A1084E">
      <w:pPr>
        <w:pStyle w:val="Heading2"/>
      </w:pPr>
    </w:p>
    <w:p w14:paraId="5D76E55F" w14:textId="53F14B80" w:rsidR="005F025F" w:rsidRDefault="00000000">
      <w:pPr>
        <w:pStyle w:val="Heading2"/>
      </w:pPr>
      <w:r>
        <w:t>Key Success Measures</w:t>
      </w:r>
    </w:p>
    <w:p w14:paraId="37217AF6" w14:textId="77777777" w:rsidR="00A1084E" w:rsidRPr="00A1084E" w:rsidRDefault="00A1084E" w:rsidP="00A1084E"/>
    <w:p w14:paraId="354A6386" w14:textId="77777777" w:rsidR="005F025F" w:rsidRDefault="00000000">
      <w:r>
        <w:t>Use these as examples and adapt them to suit your business. Targets should be realistic, measurable and within the supervisor’s control.</w:t>
      </w:r>
    </w:p>
    <w:tbl>
      <w:tblPr>
        <w:tblStyle w:val="TableGrid"/>
        <w:tblW w:w="0" w:type="auto"/>
        <w:jc w:val="center"/>
        <w:tblLook w:val="04A0" w:firstRow="1" w:lastRow="0" w:firstColumn="1" w:lastColumn="0" w:noHBand="0" w:noVBand="1"/>
      </w:tblPr>
      <w:tblGrid>
        <w:gridCol w:w="1101"/>
        <w:gridCol w:w="9149"/>
      </w:tblGrid>
      <w:tr w:rsidR="005F025F" w14:paraId="47A2BC9A" w14:textId="77777777" w:rsidTr="00A1084E">
        <w:trPr>
          <w:jc w:val="center"/>
        </w:trPr>
        <w:tc>
          <w:tcPr>
            <w:tcW w:w="1101" w:type="dxa"/>
            <w:shd w:val="clear" w:color="auto" w:fill="0E4369"/>
          </w:tcPr>
          <w:p w14:paraId="01D8E8BF" w14:textId="77777777" w:rsidR="005F025F" w:rsidRDefault="00000000" w:rsidP="002F3EB4">
            <w:pPr>
              <w:jc w:val="center"/>
            </w:pPr>
            <w:r>
              <w:rPr>
                <w:b/>
                <w:color w:val="FFFFFF"/>
                <w:sz w:val="17"/>
              </w:rPr>
              <w:t>✓</w:t>
            </w:r>
          </w:p>
        </w:tc>
        <w:tc>
          <w:tcPr>
            <w:tcW w:w="9149" w:type="dxa"/>
            <w:shd w:val="clear" w:color="auto" w:fill="0E4369"/>
          </w:tcPr>
          <w:p w14:paraId="79658B6D" w14:textId="77777777" w:rsidR="005F025F" w:rsidRDefault="00000000">
            <w:r>
              <w:rPr>
                <w:b/>
                <w:color w:val="FFFFFF"/>
                <w:sz w:val="17"/>
              </w:rPr>
              <w:t>Checklist item</w:t>
            </w:r>
          </w:p>
        </w:tc>
      </w:tr>
      <w:tr w:rsidR="005F025F" w14:paraId="7700C06F" w14:textId="77777777" w:rsidTr="00A1084E">
        <w:trPr>
          <w:jc w:val="center"/>
        </w:trPr>
        <w:tc>
          <w:tcPr>
            <w:tcW w:w="1101" w:type="dxa"/>
            <w:tcMar>
              <w:top w:w="70" w:type="dxa"/>
              <w:left w:w="90" w:type="dxa"/>
              <w:bottom w:w="70" w:type="dxa"/>
              <w:right w:w="90" w:type="dxa"/>
            </w:tcMar>
          </w:tcPr>
          <w:p w14:paraId="492A2EFF"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7259B850" w14:textId="77777777" w:rsidR="005F025F" w:rsidRDefault="00000000">
            <w:r>
              <w:rPr>
                <w:sz w:val="17"/>
              </w:rPr>
              <w:t>Cleaning quality consistently meets agreed company standards.</w:t>
            </w:r>
          </w:p>
        </w:tc>
      </w:tr>
      <w:tr w:rsidR="005F025F" w14:paraId="2044B766" w14:textId="77777777" w:rsidTr="00A1084E">
        <w:trPr>
          <w:jc w:val="center"/>
        </w:trPr>
        <w:tc>
          <w:tcPr>
            <w:tcW w:w="1101" w:type="dxa"/>
            <w:tcMar>
              <w:top w:w="70" w:type="dxa"/>
              <w:left w:w="90" w:type="dxa"/>
              <w:bottom w:w="70" w:type="dxa"/>
              <w:right w:w="90" w:type="dxa"/>
            </w:tcMar>
          </w:tcPr>
          <w:p w14:paraId="72E34766"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1437159C" w14:textId="77777777" w:rsidR="005F025F" w:rsidRDefault="00000000">
            <w:r>
              <w:rPr>
                <w:sz w:val="17"/>
              </w:rPr>
              <w:t>Quality issues are identified, corrected and reported promptly.</w:t>
            </w:r>
          </w:p>
        </w:tc>
      </w:tr>
      <w:tr w:rsidR="005F025F" w14:paraId="1E4DDB6D" w14:textId="77777777" w:rsidTr="00A1084E">
        <w:trPr>
          <w:jc w:val="center"/>
        </w:trPr>
        <w:tc>
          <w:tcPr>
            <w:tcW w:w="1101" w:type="dxa"/>
            <w:tcMar>
              <w:top w:w="70" w:type="dxa"/>
              <w:left w:w="90" w:type="dxa"/>
              <w:bottom w:w="70" w:type="dxa"/>
              <w:right w:w="90" w:type="dxa"/>
            </w:tcMar>
          </w:tcPr>
          <w:p w14:paraId="073C809A"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371E3E6E" w14:textId="77777777" w:rsidR="005F025F" w:rsidRDefault="00000000">
            <w:r>
              <w:rPr>
                <w:sz w:val="17"/>
              </w:rPr>
              <w:t>Team members understand their responsibilities and receive timely feedback.</w:t>
            </w:r>
          </w:p>
        </w:tc>
      </w:tr>
      <w:tr w:rsidR="005F025F" w14:paraId="76E41D96" w14:textId="77777777" w:rsidTr="00A1084E">
        <w:trPr>
          <w:jc w:val="center"/>
        </w:trPr>
        <w:tc>
          <w:tcPr>
            <w:tcW w:w="1101" w:type="dxa"/>
            <w:tcMar>
              <w:top w:w="70" w:type="dxa"/>
              <w:left w:w="90" w:type="dxa"/>
              <w:bottom w:w="70" w:type="dxa"/>
              <w:right w:w="90" w:type="dxa"/>
            </w:tcMar>
          </w:tcPr>
          <w:p w14:paraId="2BE7B9CB"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73CF6860" w14:textId="77777777" w:rsidR="005F025F" w:rsidRDefault="00000000">
            <w:r>
              <w:rPr>
                <w:sz w:val="17"/>
              </w:rPr>
              <w:t>New starters complete required induction and training activities.</w:t>
            </w:r>
          </w:p>
        </w:tc>
      </w:tr>
      <w:tr w:rsidR="005F025F" w14:paraId="78669840" w14:textId="77777777" w:rsidTr="00A1084E">
        <w:trPr>
          <w:jc w:val="center"/>
        </w:trPr>
        <w:tc>
          <w:tcPr>
            <w:tcW w:w="1101" w:type="dxa"/>
            <w:tcMar>
              <w:top w:w="70" w:type="dxa"/>
              <w:left w:w="90" w:type="dxa"/>
              <w:bottom w:w="70" w:type="dxa"/>
              <w:right w:w="90" w:type="dxa"/>
            </w:tcMar>
          </w:tcPr>
          <w:p w14:paraId="2850074B"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21348F35" w14:textId="77777777" w:rsidR="005F025F" w:rsidRDefault="00000000">
            <w:r>
              <w:rPr>
                <w:sz w:val="17"/>
              </w:rPr>
              <w:t>Client concerns are handled professionally and escalated appropriately.</w:t>
            </w:r>
          </w:p>
        </w:tc>
      </w:tr>
      <w:tr w:rsidR="005F025F" w14:paraId="40F25B8B" w14:textId="77777777" w:rsidTr="00A1084E">
        <w:trPr>
          <w:jc w:val="center"/>
        </w:trPr>
        <w:tc>
          <w:tcPr>
            <w:tcW w:w="1101" w:type="dxa"/>
            <w:tcMar>
              <w:top w:w="70" w:type="dxa"/>
              <w:left w:w="90" w:type="dxa"/>
              <w:bottom w:w="70" w:type="dxa"/>
              <w:right w:w="90" w:type="dxa"/>
            </w:tcMar>
          </w:tcPr>
          <w:p w14:paraId="12EBD1B4"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7BD8A301" w14:textId="77777777" w:rsidR="005F025F" w:rsidRDefault="00000000">
            <w:r>
              <w:rPr>
                <w:sz w:val="17"/>
              </w:rPr>
              <w:t>Stock, equipment and operational issues are reported before they cause disruption.</w:t>
            </w:r>
          </w:p>
        </w:tc>
      </w:tr>
      <w:tr w:rsidR="005F025F" w14:paraId="0578E1F6" w14:textId="77777777" w:rsidTr="00A1084E">
        <w:trPr>
          <w:jc w:val="center"/>
        </w:trPr>
        <w:tc>
          <w:tcPr>
            <w:tcW w:w="1101" w:type="dxa"/>
            <w:tcMar>
              <w:top w:w="70" w:type="dxa"/>
              <w:left w:w="90" w:type="dxa"/>
              <w:bottom w:w="70" w:type="dxa"/>
              <w:right w:w="90" w:type="dxa"/>
            </w:tcMar>
          </w:tcPr>
          <w:p w14:paraId="2CAEB8D7"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45F5E5AC" w14:textId="77777777" w:rsidR="005F025F" w:rsidRDefault="00000000">
            <w:r>
              <w:rPr>
                <w:sz w:val="17"/>
              </w:rPr>
              <w:t>Required paperwork and digital records are completed accurately and on time.</w:t>
            </w:r>
          </w:p>
        </w:tc>
      </w:tr>
      <w:tr w:rsidR="005F025F" w14:paraId="1CA8B73D" w14:textId="77777777" w:rsidTr="00A1084E">
        <w:trPr>
          <w:jc w:val="center"/>
        </w:trPr>
        <w:tc>
          <w:tcPr>
            <w:tcW w:w="1101" w:type="dxa"/>
            <w:tcMar>
              <w:top w:w="70" w:type="dxa"/>
              <w:left w:w="90" w:type="dxa"/>
              <w:bottom w:w="70" w:type="dxa"/>
              <w:right w:w="90" w:type="dxa"/>
            </w:tcMar>
          </w:tcPr>
          <w:p w14:paraId="0981521E"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413801C5" w14:textId="77777777" w:rsidR="005F025F" w:rsidRDefault="00000000">
            <w:r>
              <w:rPr>
                <w:sz w:val="17"/>
              </w:rPr>
              <w:t>Health &amp; safety procedures are followed and reinforced within the team.</w:t>
            </w:r>
          </w:p>
        </w:tc>
      </w:tr>
    </w:tbl>
    <w:p w14:paraId="6424A25D" w14:textId="77777777" w:rsidR="00A1084E" w:rsidRDefault="00A1084E">
      <w:pPr>
        <w:pStyle w:val="Heading1"/>
      </w:pPr>
    </w:p>
    <w:p w14:paraId="7A324A5A" w14:textId="77777777" w:rsidR="00A1084E" w:rsidRDefault="00A1084E">
      <w:pPr>
        <w:rPr>
          <w:rFonts w:asciiTheme="majorHAnsi" w:eastAsiaTheme="majorEastAsia" w:hAnsiTheme="majorHAnsi" w:cstheme="majorBidi"/>
          <w:b/>
          <w:bCs/>
          <w:color w:val="0E4369"/>
          <w:sz w:val="38"/>
          <w:szCs w:val="28"/>
        </w:rPr>
      </w:pPr>
      <w:r>
        <w:br w:type="page"/>
      </w:r>
    </w:p>
    <w:p w14:paraId="0F8A5C61" w14:textId="6C75B1C9" w:rsidR="005F025F" w:rsidRDefault="00000000">
      <w:pPr>
        <w:pStyle w:val="Heading1"/>
      </w:pPr>
      <w:r>
        <w:t>4-Week Supervisor Training Plan</w:t>
      </w:r>
    </w:p>
    <w:p w14:paraId="288883FF" w14:textId="77777777" w:rsidR="00A1084E" w:rsidRPr="00A1084E" w:rsidRDefault="00A1084E" w:rsidP="00A1084E"/>
    <w:p w14:paraId="4A06B813" w14:textId="77777777" w:rsidR="005F025F" w:rsidRDefault="00000000">
      <w:r>
        <w:t>Objective: By the end of week 4, the supervisor should be able to lead routine cleaning operations confidently, maintain standards, support team members, complete required administration and recognise when an issue needs to be escalated.</w:t>
      </w:r>
    </w:p>
    <w:p w14:paraId="6642EF69" w14:textId="77777777" w:rsidR="00A1084E" w:rsidRDefault="00A1084E"/>
    <w:tbl>
      <w:tblPr>
        <w:tblStyle w:val="TableGrid"/>
        <w:tblW w:w="0" w:type="auto"/>
        <w:jc w:val="center"/>
        <w:tblLook w:val="04A0" w:firstRow="1" w:lastRow="0" w:firstColumn="1" w:lastColumn="0" w:noHBand="0" w:noVBand="1"/>
      </w:tblPr>
      <w:tblGrid>
        <w:gridCol w:w="1801"/>
        <w:gridCol w:w="8433"/>
      </w:tblGrid>
      <w:tr w:rsidR="005F025F" w14:paraId="430EB8E4" w14:textId="77777777" w:rsidTr="00A1084E">
        <w:trPr>
          <w:jc w:val="center"/>
        </w:trPr>
        <w:tc>
          <w:tcPr>
            <w:tcW w:w="1801" w:type="dxa"/>
            <w:shd w:val="clear" w:color="auto" w:fill="E9F4F3"/>
            <w:tcMar>
              <w:top w:w="90" w:type="dxa"/>
              <w:left w:w="100" w:type="dxa"/>
              <w:bottom w:w="90" w:type="dxa"/>
              <w:right w:w="100" w:type="dxa"/>
            </w:tcMar>
          </w:tcPr>
          <w:p w14:paraId="7ED08BA3" w14:textId="77777777" w:rsidR="005F025F" w:rsidRDefault="00000000" w:rsidP="002F3EB4">
            <w:pPr>
              <w:jc w:val="center"/>
            </w:pPr>
            <w:r>
              <w:rPr>
                <w:b/>
                <w:color w:val="0E4369"/>
                <w:sz w:val="17"/>
              </w:rPr>
              <w:t>Week 1</w:t>
            </w:r>
          </w:p>
        </w:tc>
        <w:tc>
          <w:tcPr>
            <w:tcW w:w="8433" w:type="dxa"/>
            <w:tcMar>
              <w:top w:w="90" w:type="dxa"/>
              <w:left w:w="100" w:type="dxa"/>
              <w:bottom w:w="90" w:type="dxa"/>
              <w:right w:w="100" w:type="dxa"/>
            </w:tcMar>
          </w:tcPr>
          <w:p w14:paraId="2189EB25" w14:textId="77777777" w:rsidR="005F025F" w:rsidRDefault="00000000">
            <w:r>
              <w:rPr>
                <w:sz w:val="17"/>
              </w:rPr>
              <w:t>Company induction &amp; core processes</w:t>
            </w:r>
          </w:p>
        </w:tc>
      </w:tr>
      <w:tr w:rsidR="005F025F" w14:paraId="60D7B22F" w14:textId="77777777" w:rsidTr="00A1084E">
        <w:trPr>
          <w:jc w:val="center"/>
        </w:trPr>
        <w:tc>
          <w:tcPr>
            <w:tcW w:w="1801" w:type="dxa"/>
            <w:shd w:val="clear" w:color="auto" w:fill="E9F4F3"/>
            <w:tcMar>
              <w:top w:w="90" w:type="dxa"/>
              <w:left w:w="100" w:type="dxa"/>
              <w:bottom w:w="90" w:type="dxa"/>
              <w:right w:w="100" w:type="dxa"/>
            </w:tcMar>
          </w:tcPr>
          <w:p w14:paraId="26D7E37D" w14:textId="77777777" w:rsidR="005F025F" w:rsidRDefault="00000000" w:rsidP="002F3EB4">
            <w:pPr>
              <w:jc w:val="center"/>
            </w:pPr>
            <w:r>
              <w:rPr>
                <w:b/>
                <w:color w:val="0E4369"/>
                <w:sz w:val="17"/>
              </w:rPr>
              <w:t>Week 2</w:t>
            </w:r>
          </w:p>
        </w:tc>
        <w:tc>
          <w:tcPr>
            <w:tcW w:w="8433" w:type="dxa"/>
            <w:tcMar>
              <w:top w:w="90" w:type="dxa"/>
              <w:left w:w="100" w:type="dxa"/>
              <w:bottom w:w="90" w:type="dxa"/>
              <w:right w:w="100" w:type="dxa"/>
            </w:tcMar>
          </w:tcPr>
          <w:p w14:paraId="433EF206" w14:textId="77777777" w:rsidR="005F025F" w:rsidRDefault="00000000">
            <w:r>
              <w:rPr>
                <w:sz w:val="17"/>
              </w:rPr>
              <w:t>Supervisory skills &amp; quality control</w:t>
            </w:r>
          </w:p>
        </w:tc>
      </w:tr>
      <w:tr w:rsidR="005F025F" w14:paraId="7CD49BCC" w14:textId="77777777" w:rsidTr="00A1084E">
        <w:trPr>
          <w:jc w:val="center"/>
        </w:trPr>
        <w:tc>
          <w:tcPr>
            <w:tcW w:w="1801" w:type="dxa"/>
            <w:shd w:val="clear" w:color="auto" w:fill="E9F4F3"/>
            <w:tcMar>
              <w:top w:w="90" w:type="dxa"/>
              <w:left w:w="100" w:type="dxa"/>
              <w:bottom w:w="90" w:type="dxa"/>
              <w:right w:w="100" w:type="dxa"/>
            </w:tcMar>
          </w:tcPr>
          <w:p w14:paraId="4DDBA564" w14:textId="77777777" w:rsidR="005F025F" w:rsidRDefault="00000000" w:rsidP="002F3EB4">
            <w:pPr>
              <w:jc w:val="center"/>
            </w:pPr>
            <w:r>
              <w:rPr>
                <w:b/>
                <w:color w:val="0E4369"/>
                <w:sz w:val="17"/>
              </w:rPr>
              <w:t>Week 3</w:t>
            </w:r>
          </w:p>
        </w:tc>
        <w:tc>
          <w:tcPr>
            <w:tcW w:w="8433" w:type="dxa"/>
            <w:tcMar>
              <w:top w:w="90" w:type="dxa"/>
              <w:left w:w="100" w:type="dxa"/>
              <w:bottom w:w="90" w:type="dxa"/>
              <w:right w:w="100" w:type="dxa"/>
            </w:tcMar>
          </w:tcPr>
          <w:p w14:paraId="7E64D1E1" w14:textId="77777777" w:rsidR="005F025F" w:rsidRDefault="00000000">
            <w:r>
              <w:rPr>
                <w:sz w:val="17"/>
              </w:rPr>
              <w:t>Administration, compliance &amp; advanced operations</w:t>
            </w:r>
          </w:p>
        </w:tc>
      </w:tr>
      <w:tr w:rsidR="005F025F" w14:paraId="01BECD56" w14:textId="77777777" w:rsidTr="00A1084E">
        <w:trPr>
          <w:jc w:val="center"/>
        </w:trPr>
        <w:tc>
          <w:tcPr>
            <w:tcW w:w="1801" w:type="dxa"/>
            <w:shd w:val="clear" w:color="auto" w:fill="E9F4F3"/>
            <w:tcMar>
              <w:top w:w="90" w:type="dxa"/>
              <w:left w:w="100" w:type="dxa"/>
              <w:bottom w:w="90" w:type="dxa"/>
              <w:right w:w="100" w:type="dxa"/>
            </w:tcMar>
          </w:tcPr>
          <w:p w14:paraId="0369D314" w14:textId="77777777" w:rsidR="005F025F" w:rsidRDefault="00000000" w:rsidP="002F3EB4">
            <w:pPr>
              <w:jc w:val="center"/>
            </w:pPr>
            <w:r>
              <w:rPr>
                <w:b/>
                <w:color w:val="0E4369"/>
                <w:sz w:val="17"/>
              </w:rPr>
              <w:t>Week 4</w:t>
            </w:r>
          </w:p>
        </w:tc>
        <w:tc>
          <w:tcPr>
            <w:tcW w:w="8433" w:type="dxa"/>
            <w:tcMar>
              <w:top w:w="90" w:type="dxa"/>
              <w:left w:w="100" w:type="dxa"/>
              <w:bottom w:w="90" w:type="dxa"/>
              <w:right w:w="100" w:type="dxa"/>
            </w:tcMar>
          </w:tcPr>
          <w:p w14:paraId="0DD36462" w14:textId="77777777" w:rsidR="005F025F" w:rsidRDefault="00000000">
            <w:r>
              <w:rPr>
                <w:sz w:val="17"/>
              </w:rPr>
              <w:t>Independent supervision &amp; final assessment</w:t>
            </w:r>
          </w:p>
        </w:tc>
      </w:tr>
    </w:tbl>
    <w:p w14:paraId="39FB0E7A" w14:textId="77777777" w:rsidR="00A1084E" w:rsidRDefault="00A1084E">
      <w:pPr>
        <w:pStyle w:val="Heading2"/>
      </w:pPr>
    </w:p>
    <w:p w14:paraId="0FD80588" w14:textId="30E77187" w:rsidR="005F025F" w:rsidRDefault="00000000">
      <w:pPr>
        <w:pStyle w:val="Heading2"/>
      </w:pPr>
      <w:r>
        <w:t>Training principles</w:t>
      </w:r>
    </w:p>
    <w:p w14:paraId="6466DFA3" w14:textId="77777777" w:rsidR="00A1084E" w:rsidRPr="00A1084E" w:rsidRDefault="00A1084E" w:rsidP="00A1084E"/>
    <w:p w14:paraId="6D58E91B" w14:textId="77777777" w:rsidR="005F025F" w:rsidRDefault="00000000" w:rsidP="00A1084E">
      <w:pPr>
        <w:pStyle w:val="ListBullet"/>
        <w:spacing w:after="120"/>
        <w:ind w:left="426" w:hanging="357"/>
        <w:contextualSpacing w:val="0"/>
      </w:pPr>
      <w:r>
        <w:t>Explain the standard, demonstrate it, then allow the supervisor to practise it.</w:t>
      </w:r>
    </w:p>
    <w:p w14:paraId="06F39238" w14:textId="77777777" w:rsidR="005F025F" w:rsidRDefault="00000000" w:rsidP="00A1084E">
      <w:pPr>
        <w:pStyle w:val="ListBullet"/>
        <w:spacing w:after="120"/>
        <w:ind w:left="426" w:hanging="357"/>
        <w:contextualSpacing w:val="0"/>
      </w:pPr>
      <w:r>
        <w:t>Increase responsibility gradually rather than handing over everything at once.</w:t>
      </w:r>
    </w:p>
    <w:p w14:paraId="493D26EA" w14:textId="77777777" w:rsidR="005F025F" w:rsidRDefault="00000000" w:rsidP="00A1084E">
      <w:pPr>
        <w:pStyle w:val="ListBullet"/>
        <w:spacing w:after="120"/>
        <w:ind w:left="426" w:hanging="357"/>
        <w:contextualSpacing w:val="0"/>
      </w:pPr>
      <w:r>
        <w:t>Give feedback quickly and specifically.</w:t>
      </w:r>
    </w:p>
    <w:p w14:paraId="4A0ABE2B" w14:textId="77777777" w:rsidR="005F025F" w:rsidRDefault="00000000" w:rsidP="00A1084E">
      <w:pPr>
        <w:pStyle w:val="ListBullet"/>
        <w:spacing w:after="120"/>
        <w:ind w:left="426" w:hanging="357"/>
        <w:contextualSpacing w:val="0"/>
      </w:pPr>
      <w:r>
        <w:t>Record any areas requiring further coaching.</w:t>
      </w:r>
    </w:p>
    <w:p w14:paraId="192E4553" w14:textId="77777777" w:rsidR="005F025F" w:rsidRDefault="00000000" w:rsidP="00A1084E">
      <w:pPr>
        <w:pStyle w:val="ListBullet"/>
        <w:ind w:left="426"/>
      </w:pPr>
      <w:r>
        <w:t>Do not sign off an area until the supervisor can demonstrate it consistently.</w:t>
      </w:r>
    </w:p>
    <w:p w14:paraId="1F26427E" w14:textId="77777777" w:rsidR="005F025F" w:rsidRDefault="00000000">
      <w:r>
        <w:br w:type="page"/>
      </w:r>
    </w:p>
    <w:p w14:paraId="19D19E3D" w14:textId="77777777" w:rsidR="005F025F" w:rsidRDefault="00000000">
      <w:pPr>
        <w:pStyle w:val="Heading1"/>
      </w:pPr>
      <w:r>
        <w:t>Week 1: Company Induction &amp; Core Processes</w:t>
      </w:r>
    </w:p>
    <w:p w14:paraId="5012829E" w14:textId="77777777" w:rsidR="00A1084E" w:rsidRPr="00A1084E" w:rsidRDefault="00A1084E" w:rsidP="00A1084E"/>
    <w:p w14:paraId="19B0420F" w14:textId="77777777" w:rsidR="005F025F" w:rsidRDefault="00000000">
      <w:r>
        <w:t>Build a strong understanding of the company, its standards, its people and the safe way work should be carried out.</w:t>
      </w:r>
    </w:p>
    <w:p w14:paraId="6A9F0A8E" w14:textId="77777777" w:rsidR="00A1084E" w:rsidRDefault="00A1084E"/>
    <w:tbl>
      <w:tblPr>
        <w:tblStyle w:val="TableGrid"/>
        <w:tblW w:w="0" w:type="auto"/>
        <w:jc w:val="center"/>
        <w:tblLook w:val="04A0" w:firstRow="1" w:lastRow="0" w:firstColumn="1" w:lastColumn="0" w:noHBand="0" w:noVBand="1"/>
      </w:tblPr>
      <w:tblGrid>
        <w:gridCol w:w="1951"/>
        <w:gridCol w:w="4884"/>
        <w:gridCol w:w="3415"/>
      </w:tblGrid>
      <w:tr w:rsidR="005F025F" w14:paraId="56F4D88B" w14:textId="77777777" w:rsidTr="00A1084E">
        <w:trPr>
          <w:jc w:val="center"/>
        </w:trPr>
        <w:tc>
          <w:tcPr>
            <w:tcW w:w="1951" w:type="dxa"/>
            <w:shd w:val="clear" w:color="auto" w:fill="0E4369"/>
          </w:tcPr>
          <w:p w14:paraId="19E30042" w14:textId="77777777" w:rsidR="005F025F" w:rsidRDefault="00000000">
            <w:r>
              <w:rPr>
                <w:b/>
                <w:color w:val="FFFFFF"/>
                <w:sz w:val="17"/>
              </w:rPr>
              <w:t>Day / Stage</w:t>
            </w:r>
          </w:p>
        </w:tc>
        <w:tc>
          <w:tcPr>
            <w:tcW w:w="4884" w:type="dxa"/>
            <w:shd w:val="clear" w:color="auto" w:fill="0E4369"/>
          </w:tcPr>
          <w:p w14:paraId="348DB068" w14:textId="77777777" w:rsidR="005F025F" w:rsidRDefault="00000000">
            <w:r>
              <w:rPr>
                <w:b/>
                <w:color w:val="FFFFFF"/>
                <w:sz w:val="17"/>
              </w:rPr>
              <w:t>Training &amp; Activity</w:t>
            </w:r>
          </w:p>
        </w:tc>
        <w:tc>
          <w:tcPr>
            <w:tcW w:w="3415" w:type="dxa"/>
            <w:shd w:val="clear" w:color="auto" w:fill="0E4369"/>
          </w:tcPr>
          <w:p w14:paraId="3AB543BF" w14:textId="77777777" w:rsidR="005F025F" w:rsidRDefault="00000000">
            <w:r>
              <w:rPr>
                <w:b/>
                <w:color w:val="FFFFFF"/>
                <w:sz w:val="17"/>
              </w:rPr>
              <w:t>Manager / Mentor Notes</w:t>
            </w:r>
          </w:p>
        </w:tc>
      </w:tr>
      <w:tr w:rsidR="005F025F" w14:paraId="28244C76" w14:textId="77777777" w:rsidTr="00A1084E">
        <w:trPr>
          <w:jc w:val="center"/>
        </w:trPr>
        <w:tc>
          <w:tcPr>
            <w:tcW w:w="1951" w:type="dxa"/>
            <w:tcMar>
              <w:top w:w="70" w:type="dxa"/>
              <w:left w:w="80" w:type="dxa"/>
              <w:bottom w:w="70" w:type="dxa"/>
              <w:right w:w="80" w:type="dxa"/>
            </w:tcMar>
          </w:tcPr>
          <w:p w14:paraId="0A242464" w14:textId="77777777" w:rsidR="005F025F" w:rsidRDefault="00000000" w:rsidP="002F3EB4">
            <w:pPr>
              <w:jc w:val="center"/>
            </w:pPr>
            <w:r>
              <w:rPr>
                <w:sz w:val="17"/>
              </w:rPr>
              <w:t>Day 1</w:t>
            </w:r>
          </w:p>
        </w:tc>
        <w:tc>
          <w:tcPr>
            <w:tcW w:w="4884" w:type="dxa"/>
            <w:tcMar>
              <w:top w:w="70" w:type="dxa"/>
              <w:left w:w="80" w:type="dxa"/>
              <w:bottom w:w="70" w:type="dxa"/>
              <w:right w:w="80" w:type="dxa"/>
            </w:tcMar>
          </w:tcPr>
          <w:p w14:paraId="2794C647" w14:textId="77777777" w:rsidR="005F025F" w:rsidRDefault="00000000">
            <w:pPr>
              <w:pStyle w:val="ListBullet"/>
            </w:pPr>
            <w:r>
              <w:rPr>
                <w:sz w:val="17"/>
              </w:rPr>
              <w:t>Welcome, introductions and meet the team</w:t>
            </w:r>
          </w:p>
          <w:p w14:paraId="1187633E" w14:textId="77777777" w:rsidR="005F025F" w:rsidRDefault="00000000">
            <w:pPr>
              <w:pStyle w:val="ListBullet"/>
            </w:pPr>
            <w:r>
              <w:rPr>
                <w:sz w:val="17"/>
              </w:rPr>
              <w:t>Overview of company values, mission and structure</w:t>
            </w:r>
          </w:p>
          <w:p w14:paraId="11F70603" w14:textId="77777777" w:rsidR="005F025F" w:rsidRDefault="00000000">
            <w:pPr>
              <w:pStyle w:val="ListBullet"/>
            </w:pPr>
            <w:r>
              <w:rPr>
                <w:sz w:val="17"/>
              </w:rPr>
              <w:t>Review employment contract, policies and handbook</w:t>
            </w:r>
          </w:p>
          <w:p w14:paraId="4CAE5550" w14:textId="77777777" w:rsidR="005F025F" w:rsidRDefault="00000000">
            <w:pPr>
              <w:pStyle w:val="ListBullet"/>
            </w:pPr>
            <w:r>
              <w:rPr>
                <w:sz w:val="17"/>
              </w:rPr>
              <w:t>Health &amp; safety induction: COSHH, manual handling and risk assessments</w:t>
            </w:r>
          </w:p>
          <w:p w14:paraId="570BCF0E" w14:textId="77777777" w:rsidR="005F025F" w:rsidRDefault="00000000">
            <w:pPr>
              <w:pStyle w:val="ListBullet"/>
            </w:pPr>
            <w:r>
              <w:rPr>
                <w:sz w:val="17"/>
              </w:rPr>
              <w:t>Fire safety and emergency procedures</w:t>
            </w:r>
          </w:p>
        </w:tc>
        <w:tc>
          <w:tcPr>
            <w:tcW w:w="3415" w:type="dxa"/>
            <w:tcMar>
              <w:top w:w="70" w:type="dxa"/>
              <w:left w:w="80" w:type="dxa"/>
              <w:bottom w:w="70" w:type="dxa"/>
              <w:right w:w="80" w:type="dxa"/>
            </w:tcMar>
          </w:tcPr>
          <w:p w14:paraId="7B1322A0" w14:textId="77777777" w:rsidR="005F025F" w:rsidRDefault="00000000">
            <w:r>
              <w:rPr>
                <w:sz w:val="17"/>
              </w:rPr>
              <w:br/>
            </w:r>
            <w:r>
              <w:rPr>
                <w:sz w:val="17"/>
              </w:rPr>
              <w:br/>
            </w:r>
          </w:p>
        </w:tc>
      </w:tr>
      <w:tr w:rsidR="005F025F" w14:paraId="728BE620" w14:textId="77777777" w:rsidTr="00A1084E">
        <w:trPr>
          <w:jc w:val="center"/>
        </w:trPr>
        <w:tc>
          <w:tcPr>
            <w:tcW w:w="1951" w:type="dxa"/>
            <w:tcMar>
              <w:top w:w="70" w:type="dxa"/>
              <w:left w:w="80" w:type="dxa"/>
              <w:bottom w:w="70" w:type="dxa"/>
              <w:right w:w="80" w:type="dxa"/>
            </w:tcMar>
          </w:tcPr>
          <w:p w14:paraId="139619EB" w14:textId="77777777" w:rsidR="005F025F" w:rsidRDefault="00000000" w:rsidP="002F3EB4">
            <w:pPr>
              <w:jc w:val="center"/>
            </w:pPr>
            <w:r>
              <w:rPr>
                <w:sz w:val="17"/>
              </w:rPr>
              <w:t>Day 2</w:t>
            </w:r>
          </w:p>
        </w:tc>
        <w:tc>
          <w:tcPr>
            <w:tcW w:w="4884" w:type="dxa"/>
            <w:tcMar>
              <w:top w:w="70" w:type="dxa"/>
              <w:left w:w="80" w:type="dxa"/>
              <w:bottom w:w="70" w:type="dxa"/>
              <w:right w:w="80" w:type="dxa"/>
            </w:tcMar>
          </w:tcPr>
          <w:p w14:paraId="006D180E" w14:textId="77777777" w:rsidR="005F025F" w:rsidRDefault="00000000">
            <w:pPr>
              <w:pStyle w:val="ListBullet"/>
            </w:pPr>
            <w:r>
              <w:rPr>
                <w:sz w:val="17"/>
              </w:rPr>
              <w:t>Introduction to cleaning standards and checklists</w:t>
            </w:r>
          </w:p>
          <w:p w14:paraId="74406FBB" w14:textId="77777777" w:rsidR="005F025F" w:rsidRDefault="00000000">
            <w:pPr>
              <w:pStyle w:val="ListBullet"/>
            </w:pPr>
            <w:r>
              <w:rPr>
                <w:sz w:val="17"/>
              </w:rPr>
              <w:t>Cleaning products, equipment and safe usage</w:t>
            </w:r>
          </w:p>
          <w:p w14:paraId="670B3DF0" w14:textId="77777777" w:rsidR="005F025F" w:rsidRDefault="00000000">
            <w:pPr>
              <w:pStyle w:val="ListBullet"/>
            </w:pPr>
            <w:r>
              <w:rPr>
                <w:sz w:val="17"/>
              </w:rPr>
              <w:t>Shadow an experienced supervisor or team leader</w:t>
            </w:r>
          </w:p>
        </w:tc>
        <w:tc>
          <w:tcPr>
            <w:tcW w:w="3415" w:type="dxa"/>
            <w:tcMar>
              <w:top w:w="70" w:type="dxa"/>
              <w:left w:w="80" w:type="dxa"/>
              <w:bottom w:w="70" w:type="dxa"/>
              <w:right w:w="80" w:type="dxa"/>
            </w:tcMar>
          </w:tcPr>
          <w:p w14:paraId="3553FFDF" w14:textId="77777777" w:rsidR="005F025F" w:rsidRDefault="00000000">
            <w:r>
              <w:rPr>
                <w:sz w:val="17"/>
              </w:rPr>
              <w:br/>
            </w:r>
            <w:r>
              <w:rPr>
                <w:sz w:val="17"/>
              </w:rPr>
              <w:br/>
            </w:r>
          </w:p>
        </w:tc>
      </w:tr>
      <w:tr w:rsidR="005F025F" w14:paraId="2F2FB08E" w14:textId="77777777" w:rsidTr="00A1084E">
        <w:trPr>
          <w:jc w:val="center"/>
        </w:trPr>
        <w:tc>
          <w:tcPr>
            <w:tcW w:w="1951" w:type="dxa"/>
            <w:tcMar>
              <w:top w:w="70" w:type="dxa"/>
              <w:left w:w="80" w:type="dxa"/>
              <w:bottom w:w="70" w:type="dxa"/>
              <w:right w:w="80" w:type="dxa"/>
            </w:tcMar>
          </w:tcPr>
          <w:p w14:paraId="7C084AD7" w14:textId="77777777" w:rsidR="005F025F" w:rsidRDefault="00000000" w:rsidP="002F3EB4">
            <w:pPr>
              <w:jc w:val="center"/>
            </w:pPr>
            <w:r>
              <w:rPr>
                <w:sz w:val="17"/>
              </w:rPr>
              <w:t>Days 3-5</w:t>
            </w:r>
          </w:p>
        </w:tc>
        <w:tc>
          <w:tcPr>
            <w:tcW w:w="4884" w:type="dxa"/>
            <w:tcMar>
              <w:top w:w="70" w:type="dxa"/>
              <w:left w:w="80" w:type="dxa"/>
              <w:bottom w:w="70" w:type="dxa"/>
              <w:right w:w="80" w:type="dxa"/>
            </w:tcMar>
          </w:tcPr>
          <w:p w14:paraId="652C05A0" w14:textId="77777777" w:rsidR="005F025F" w:rsidRDefault="00000000">
            <w:pPr>
              <w:pStyle w:val="ListBullet"/>
            </w:pPr>
            <w:r>
              <w:rPr>
                <w:sz w:val="17"/>
              </w:rPr>
              <w:t>Hands-on cleaning alongside the team</w:t>
            </w:r>
          </w:p>
          <w:p w14:paraId="64E0BE23" w14:textId="77777777" w:rsidR="005F025F" w:rsidRDefault="00000000">
            <w:pPr>
              <w:pStyle w:val="ListBullet"/>
            </w:pPr>
            <w:r>
              <w:rPr>
                <w:sz w:val="17"/>
              </w:rPr>
              <w:t>Observe team communication, pace and quality expectations</w:t>
            </w:r>
          </w:p>
          <w:p w14:paraId="1CEB3DF4" w14:textId="77777777" w:rsidR="005F025F" w:rsidRDefault="00000000">
            <w:pPr>
              <w:pStyle w:val="ListBullet"/>
            </w:pPr>
            <w:r>
              <w:rPr>
                <w:sz w:val="17"/>
              </w:rPr>
              <w:t>End-of-week review and agree priorities for week 2</w:t>
            </w:r>
          </w:p>
        </w:tc>
        <w:tc>
          <w:tcPr>
            <w:tcW w:w="3415" w:type="dxa"/>
            <w:tcMar>
              <w:top w:w="70" w:type="dxa"/>
              <w:left w:w="80" w:type="dxa"/>
              <w:bottom w:w="70" w:type="dxa"/>
              <w:right w:w="80" w:type="dxa"/>
            </w:tcMar>
          </w:tcPr>
          <w:p w14:paraId="07B46913" w14:textId="77777777" w:rsidR="005F025F" w:rsidRDefault="00000000">
            <w:r>
              <w:rPr>
                <w:sz w:val="17"/>
              </w:rPr>
              <w:br/>
            </w:r>
            <w:r>
              <w:rPr>
                <w:sz w:val="17"/>
              </w:rPr>
              <w:br/>
            </w:r>
          </w:p>
        </w:tc>
      </w:tr>
    </w:tbl>
    <w:p w14:paraId="1F567683" w14:textId="77777777" w:rsidR="00A1084E" w:rsidRDefault="00A1084E">
      <w:pPr>
        <w:pStyle w:val="Heading2"/>
      </w:pPr>
    </w:p>
    <w:p w14:paraId="53950955" w14:textId="7264C7EB" w:rsidR="005F025F" w:rsidRDefault="00000000">
      <w:pPr>
        <w:pStyle w:val="Heading2"/>
      </w:pPr>
      <w:r>
        <w:t>Week outcome</w:t>
      </w:r>
    </w:p>
    <w:p w14:paraId="1793E23D" w14:textId="0EAB4565" w:rsidR="005F025F" w:rsidRDefault="00A1084E">
      <w:r>
        <w:br/>
      </w:r>
      <w:r w:rsidR="00000000">
        <w:t>Understands company culture, core operating processes, cleaning standards and key safety requirements.</w:t>
      </w:r>
    </w:p>
    <w:p w14:paraId="1F5B0844" w14:textId="11DE0D27" w:rsidR="005F025F" w:rsidRDefault="00A1084E">
      <w:pPr>
        <w:pStyle w:val="Heading2"/>
      </w:pPr>
      <w:r>
        <w:br/>
      </w:r>
      <w:r w:rsidR="00000000">
        <w:t>End-of-week sign-off</w:t>
      </w:r>
    </w:p>
    <w:p w14:paraId="43CF3BB5" w14:textId="77777777" w:rsidR="00A1084E" w:rsidRPr="00A1084E" w:rsidRDefault="00A1084E" w:rsidP="00A1084E"/>
    <w:tbl>
      <w:tblPr>
        <w:tblStyle w:val="TableGrid"/>
        <w:tblW w:w="0" w:type="auto"/>
        <w:jc w:val="center"/>
        <w:tblLook w:val="04A0" w:firstRow="1" w:lastRow="0" w:firstColumn="1" w:lastColumn="0" w:noHBand="0" w:noVBand="1"/>
      </w:tblPr>
      <w:tblGrid>
        <w:gridCol w:w="2652"/>
        <w:gridCol w:w="7582"/>
      </w:tblGrid>
      <w:tr w:rsidR="005F025F" w14:paraId="311AE906" w14:textId="77777777" w:rsidTr="00A1084E">
        <w:trPr>
          <w:jc w:val="center"/>
        </w:trPr>
        <w:tc>
          <w:tcPr>
            <w:tcW w:w="2652" w:type="dxa"/>
            <w:shd w:val="clear" w:color="auto" w:fill="E9F4F3"/>
            <w:tcMar>
              <w:top w:w="90" w:type="dxa"/>
              <w:left w:w="100" w:type="dxa"/>
              <w:bottom w:w="90" w:type="dxa"/>
              <w:right w:w="100" w:type="dxa"/>
            </w:tcMar>
          </w:tcPr>
          <w:p w14:paraId="0258E4D6" w14:textId="77777777" w:rsidR="005F025F" w:rsidRDefault="00000000">
            <w:r>
              <w:rPr>
                <w:b/>
                <w:color w:val="0E4369"/>
                <w:sz w:val="17"/>
              </w:rPr>
              <w:t>What went well</w:t>
            </w:r>
          </w:p>
        </w:tc>
        <w:tc>
          <w:tcPr>
            <w:tcW w:w="7582" w:type="dxa"/>
            <w:tcMar>
              <w:top w:w="90" w:type="dxa"/>
              <w:left w:w="100" w:type="dxa"/>
              <w:bottom w:w="90" w:type="dxa"/>
              <w:right w:w="100" w:type="dxa"/>
            </w:tcMar>
          </w:tcPr>
          <w:p w14:paraId="274F87D6" w14:textId="77777777" w:rsidR="005F025F" w:rsidRDefault="00000000">
            <w:r>
              <w:rPr>
                <w:sz w:val="17"/>
              </w:rPr>
              <w:t>____________________________________________________________</w:t>
            </w:r>
          </w:p>
        </w:tc>
      </w:tr>
      <w:tr w:rsidR="005F025F" w14:paraId="7EA3BC51" w14:textId="77777777" w:rsidTr="00A1084E">
        <w:trPr>
          <w:jc w:val="center"/>
        </w:trPr>
        <w:tc>
          <w:tcPr>
            <w:tcW w:w="2652" w:type="dxa"/>
            <w:shd w:val="clear" w:color="auto" w:fill="E9F4F3"/>
            <w:tcMar>
              <w:top w:w="90" w:type="dxa"/>
              <w:left w:w="100" w:type="dxa"/>
              <w:bottom w:w="90" w:type="dxa"/>
              <w:right w:w="100" w:type="dxa"/>
            </w:tcMar>
          </w:tcPr>
          <w:p w14:paraId="706A5236" w14:textId="77777777" w:rsidR="005F025F" w:rsidRDefault="00000000">
            <w:r>
              <w:rPr>
                <w:b/>
                <w:color w:val="0E4369"/>
                <w:sz w:val="17"/>
              </w:rPr>
              <w:t>Further support needed</w:t>
            </w:r>
          </w:p>
        </w:tc>
        <w:tc>
          <w:tcPr>
            <w:tcW w:w="7582" w:type="dxa"/>
            <w:tcMar>
              <w:top w:w="90" w:type="dxa"/>
              <w:left w:w="100" w:type="dxa"/>
              <w:bottom w:w="90" w:type="dxa"/>
              <w:right w:w="100" w:type="dxa"/>
            </w:tcMar>
          </w:tcPr>
          <w:p w14:paraId="39E0C2F3" w14:textId="77777777" w:rsidR="005F025F" w:rsidRDefault="00000000">
            <w:r>
              <w:rPr>
                <w:sz w:val="17"/>
              </w:rPr>
              <w:t>____________________________________________________________</w:t>
            </w:r>
          </w:p>
        </w:tc>
      </w:tr>
      <w:tr w:rsidR="005F025F" w14:paraId="077F9D11" w14:textId="77777777" w:rsidTr="00A1084E">
        <w:trPr>
          <w:jc w:val="center"/>
        </w:trPr>
        <w:tc>
          <w:tcPr>
            <w:tcW w:w="2652" w:type="dxa"/>
            <w:shd w:val="clear" w:color="auto" w:fill="E9F4F3"/>
            <w:tcMar>
              <w:top w:w="90" w:type="dxa"/>
              <w:left w:w="100" w:type="dxa"/>
              <w:bottom w:w="90" w:type="dxa"/>
              <w:right w:w="100" w:type="dxa"/>
            </w:tcMar>
          </w:tcPr>
          <w:p w14:paraId="6A7C59AC" w14:textId="77777777" w:rsidR="005F025F" w:rsidRDefault="00000000">
            <w:r>
              <w:rPr>
                <w:b/>
                <w:color w:val="0E4369"/>
                <w:sz w:val="17"/>
              </w:rPr>
              <w:t>Ready to progress?</w:t>
            </w:r>
          </w:p>
        </w:tc>
        <w:tc>
          <w:tcPr>
            <w:tcW w:w="7582" w:type="dxa"/>
            <w:tcMar>
              <w:top w:w="90" w:type="dxa"/>
              <w:left w:w="100" w:type="dxa"/>
              <w:bottom w:w="90" w:type="dxa"/>
              <w:right w:w="100" w:type="dxa"/>
            </w:tcMar>
          </w:tcPr>
          <w:p w14:paraId="3F890B34" w14:textId="158ED3DC" w:rsidR="005F025F" w:rsidRDefault="00000000">
            <w:r>
              <w:rPr>
                <w:sz w:val="17"/>
              </w:rPr>
              <w:t xml:space="preserve">☐ Yes  </w:t>
            </w:r>
            <w:r w:rsidR="002F3EB4">
              <w:rPr>
                <w:sz w:val="17"/>
              </w:rPr>
              <w:t xml:space="preserve">    </w:t>
            </w:r>
            <w:r>
              <w:rPr>
                <w:sz w:val="17"/>
              </w:rPr>
              <w:t xml:space="preserve"> ☐ Yes, with support </w:t>
            </w:r>
            <w:r w:rsidR="002F3EB4">
              <w:rPr>
                <w:sz w:val="17"/>
              </w:rPr>
              <w:t xml:space="preserve">    </w:t>
            </w:r>
            <w:r>
              <w:rPr>
                <w:sz w:val="17"/>
              </w:rPr>
              <w:t xml:space="preserve">  ☐ Not yet</w:t>
            </w:r>
          </w:p>
        </w:tc>
      </w:tr>
      <w:tr w:rsidR="005F025F" w14:paraId="452EA435" w14:textId="77777777" w:rsidTr="00A1084E">
        <w:trPr>
          <w:jc w:val="center"/>
        </w:trPr>
        <w:tc>
          <w:tcPr>
            <w:tcW w:w="2652" w:type="dxa"/>
            <w:shd w:val="clear" w:color="auto" w:fill="E9F4F3"/>
            <w:tcMar>
              <w:top w:w="90" w:type="dxa"/>
              <w:left w:w="100" w:type="dxa"/>
              <w:bottom w:w="90" w:type="dxa"/>
              <w:right w:w="100" w:type="dxa"/>
            </w:tcMar>
          </w:tcPr>
          <w:p w14:paraId="45B93A1E" w14:textId="77777777" w:rsidR="005F025F" w:rsidRDefault="00000000">
            <w:r>
              <w:rPr>
                <w:b/>
                <w:color w:val="0E4369"/>
                <w:sz w:val="17"/>
              </w:rPr>
              <w:t>Manager / mentor</w:t>
            </w:r>
          </w:p>
        </w:tc>
        <w:tc>
          <w:tcPr>
            <w:tcW w:w="7582" w:type="dxa"/>
            <w:tcMar>
              <w:top w:w="90" w:type="dxa"/>
              <w:left w:w="100" w:type="dxa"/>
              <w:bottom w:w="90" w:type="dxa"/>
              <w:right w:w="100" w:type="dxa"/>
            </w:tcMar>
          </w:tcPr>
          <w:p w14:paraId="6DF7596D" w14:textId="77777777" w:rsidR="005F025F" w:rsidRDefault="00000000">
            <w:r>
              <w:rPr>
                <w:sz w:val="17"/>
              </w:rPr>
              <w:t>____________________________  Date: ____________</w:t>
            </w:r>
          </w:p>
        </w:tc>
      </w:tr>
      <w:tr w:rsidR="005F025F" w14:paraId="548891A6" w14:textId="77777777" w:rsidTr="00A1084E">
        <w:trPr>
          <w:jc w:val="center"/>
        </w:trPr>
        <w:tc>
          <w:tcPr>
            <w:tcW w:w="2652" w:type="dxa"/>
            <w:shd w:val="clear" w:color="auto" w:fill="E9F4F3"/>
            <w:tcMar>
              <w:top w:w="90" w:type="dxa"/>
              <w:left w:w="100" w:type="dxa"/>
              <w:bottom w:w="90" w:type="dxa"/>
              <w:right w:w="100" w:type="dxa"/>
            </w:tcMar>
          </w:tcPr>
          <w:p w14:paraId="295E579A" w14:textId="77777777" w:rsidR="005F025F" w:rsidRDefault="00000000">
            <w:r>
              <w:rPr>
                <w:b/>
                <w:color w:val="0E4369"/>
                <w:sz w:val="17"/>
              </w:rPr>
              <w:t>Supervisor</w:t>
            </w:r>
          </w:p>
        </w:tc>
        <w:tc>
          <w:tcPr>
            <w:tcW w:w="7582" w:type="dxa"/>
            <w:tcMar>
              <w:top w:w="90" w:type="dxa"/>
              <w:left w:w="100" w:type="dxa"/>
              <w:bottom w:w="90" w:type="dxa"/>
              <w:right w:w="100" w:type="dxa"/>
            </w:tcMar>
          </w:tcPr>
          <w:p w14:paraId="23537A53" w14:textId="77777777" w:rsidR="005F025F" w:rsidRDefault="00000000">
            <w:r>
              <w:rPr>
                <w:sz w:val="17"/>
              </w:rPr>
              <w:t>__________________________________  Date: ____________</w:t>
            </w:r>
          </w:p>
        </w:tc>
      </w:tr>
    </w:tbl>
    <w:p w14:paraId="164882CC" w14:textId="77777777" w:rsidR="005F025F" w:rsidRDefault="00000000">
      <w:r>
        <w:br w:type="page"/>
      </w:r>
    </w:p>
    <w:p w14:paraId="76CE7864" w14:textId="77777777" w:rsidR="005F025F" w:rsidRDefault="00000000">
      <w:pPr>
        <w:pStyle w:val="Heading1"/>
      </w:pPr>
      <w:r>
        <w:t>Week 2: Supervisory Skills &amp; Quality Control</w:t>
      </w:r>
    </w:p>
    <w:p w14:paraId="287BE58C" w14:textId="77777777" w:rsidR="00A1084E" w:rsidRDefault="00A1084E"/>
    <w:p w14:paraId="69ED7B94" w14:textId="003265E6" w:rsidR="005F025F" w:rsidRDefault="00000000">
      <w:r>
        <w:t>Develop the confidence to lead people, allocate work, maintain standards and deal with routine client interactions.</w:t>
      </w:r>
    </w:p>
    <w:p w14:paraId="176CCDA9" w14:textId="77777777" w:rsidR="00A1084E" w:rsidRDefault="00A1084E"/>
    <w:tbl>
      <w:tblPr>
        <w:tblStyle w:val="TableGrid"/>
        <w:tblW w:w="0" w:type="auto"/>
        <w:jc w:val="center"/>
        <w:tblLook w:val="04A0" w:firstRow="1" w:lastRow="0" w:firstColumn="1" w:lastColumn="0" w:noHBand="0" w:noVBand="1"/>
      </w:tblPr>
      <w:tblGrid>
        <w:gridCol w:w="1951"/>
        <w:gridCol w:w="4885"/>
        <w:gridCol w:w="3414"/>
      </w:tblGrid>
      <w:tr w:rsidR="005F025F" w14:paraId="2E6DC456" w14:textId="77777777" w:rsidTr="00A1084E">
        <w:trPr>
          <w:jc w:val="center"/>
        </w:trPr>
        <w:tc>
          <w:tcPr>
            <w:tcW w:w="1951" w:type="dxa"/>
            <w:shd w:val="clear" w:color="auto" w:fill="0E4369"/>
          </w:tcPr>
          <w:p w14:paraId="56AAC24B" w14:textId="77777777" w:rsidR="005F025F" w:rsidRDefault="00000000">
            <w:r>
              <w:rPr>
                <w:b/>
                <w:color w:val="FFFFFF"/>
                <w:sz w:val="17"/>
              </w:rPr>
              <w:t>Day / Stage</w:t>
            </w:r>
          </w:p>
        </w:tc>
        <w:tc>
          <w:tcPr>
            <w:tcW w:w="4885" w:type="dxa"/>
            <w:shd w:val="clear" w:color="auto" w:fill="0E4369"/>
          </w:tcPr>
          <w:p w14:paraId="6FEC95CE" w14:textId="77777777" w:rsidR="005F025F" w:rsidRDefault="00000000">
            <w:r>
              <w:rPr>
                <w:b/>
                <w:color w:val="FFFFFF"/>
                <w:sz w:val="17"/>
              </w:rPr>
              <w:t>Training &amp; Activity</w:t>
            </w:r>
          </w:p>
        </w:tc>
        <w:tc>
          <w:tcPr>
            <w:tcW w:w="3414" w:type="dxa"/>
            <w:shd w:val="clear" w:color="auto" w:fill="0E4369"/>
          </w:tcPr>
          <w:p w14:paraId="623BE284" w14:textId="77777777" w:rsidR="005F025F" w:rsidRDefault="00000000">
            <w:r>
              <w:rPr>
                <w:b/>
                <w:color w:val="FFFFFF"/>
                <w:sz w:val="17"/>
              </w:rPr>
              <w:t>Manager / Mentor Notes</w:t>
            </w:r>
          </w:p>
        </w:tc>
      </w:tr>
      <w:tr w:rsidR="005F025F" w14:paraId="61F7DBB2" w14:textId="77777777" w:rsidTr="00A1084E">
        <w:trPr>
          <w:jc w:val="center"/>
        </w:trPr>
        <w:tc>
          <w:tcPr>
            <w:tcW w:w="1951" w:type="dxa"/>
            <w:tcMar>
              <w:top w:w="70" w:type="dxa"/>
              <w:left w:w="80" w:type="dxa"/>
              <w:bottom w:w="70" w:type="dxa"/>
              <w:right w:w="80" w:type="dxa"/>
            </w:tcMar>
          </w:tcPr>
          <w:p w14:paraId="4411DDAD" w14:textId="77777777" w:rsidR="005F025F" w:rsidRDefault="00000000" w:rsidP="002F3EB4">
            <w:pPr>
              <w:jc w:val="center"/>
            </w:pPr>
            <w:r>
              <w:rPr>
                <w:sz w:val="17"/>
              </w:rPr>
              <w:t>Days 1-2</w:t>
            </w:r>
          </w:p>
        </w:tc>
        <w:tc>
          <w:tcPr>
            <w:tcW w:w="4885" w:type="dxa"/>
            <w:tcMar>
              <w:top w:w="70" w:type="dxa"/>
              <w:left w:w="80" w:type="dxa"/>
              <w:bottom w:w="70" w:type="dxa"/>
              <w:right w:w="80" w:type="dxa"/>
            </w:tcMar>
          </w:tcPr>
          <w:p w14:paraId="7C7205CB" w14:textId="77777777" w:rsidR="005F025F" w:rsidRDefault="00000000">
            <w:pPr>
              <w:pStyle w:val="ListBullet"/>
            </w:pPr>
            <w:r>
              <w:rPr>
                <w:sz w:val="17"/>
              </w:rPr>
              <w:t>Leadership basics: communication, motivation and giving feedback</w:t>
            </w:r>
          </w:p>
          <w:p w14:paraId="3D5535AE" w14:textId="77777777" w:rsidR="005F025F" w:rsidRDefault="00000000">
            <w:pPr>
              <w:pStyle w:val="ListBullet"/>
            </w:pPr>
            <w:r>
              <w:rPr>
                <w:sz w:val="17"/>
              </w:rPr>
              <w:t>How to run a short team briefing</w:t>
            </w:r>
          </w:p>
          <w:p w14:paraId="08F934A6" w14:textId="77777777" w:rsidR="005F025F" w:rsidRDefault="00000000">
            <w:pPr>
              <w:pStyle w:val="ListBullet"/>
            </w:pPr>
            <w:r>
              <w:rPr>
                <w:sz w:val="17"/>
              </w:rPr>
              <w:t>How to allocate tasks clearly and fairly</w:t>
            </w:r>
          </w:p>
          <w:p w14:paraId="5B656F03" w14:textId="77777777" w:rsidR="005F025F" w:rsidRDefault="00000000">
            <w:pPr>
              <w:pStyle w:val="ListBullet"/>
            </w:pPr>
            <w:r>
              <w:rPr>
                <w:sz w:val="17"/>
              </w:rPr>
              <w:t>How to handle low-level conflict or misunderstandings</w:t>
            </w:r>
          </w:p>
        </w:tc>
        <w:tc>
          <w:tcPr>
            <w:tcW w:w="3414" w:type="dxa"/>
            <w:tcMar>
              <w:top w:w="70" w:type="dxa"/>
              <w:left w:w="80" w:type="dxa"/>
              <w:bottom w:w="70" w:type="dxa"/>
              <w:right w:w="80" w:type="dxa"/>
            </w:tcMar>
          </w:tcPr>
          <w:p w14:paraId="5D60B475" w14:textId="77777777" w:rsidR="005F025F" w:rsidRDefault="00000000">
            <w:r>
              <w:rPr>
                <w:sz w:val="17"/>
              </w:rPr>
              <w:br/>
            </w:r>
            <w:r>
              <w:rPr>
                <w:sz w:val="17"/>
              </w:rPr>
              <w:br/>
            </w:r>
          </w:p>
        </w:tc>
      </w:tr>
      <w:tr w:rsidR="005F025F" w14:paraId="46977344" w14:textId="77777777" w:rsidTr="00A1084E">
        <w:trPr>
          <w:jc w:val="center"/>
        </w:trPr>
        <w:tc>
          <w:tcPr>
            <w:tcW w:w="1951" w:type="dxa"/>
            <w:tcMar>
              <w:top w:w="70" w:type="dxa"/>
              <w:left w:w="80" w:type="dxa"/>
              <w:bottom w:w="70" w:type="dxa"/>
              <w:right w:w="80" w:type="dxa"/>
            </w:tcMar>
          </w:tcPr>
          <w:p w14:paraId="7CB42AC8" w14:textId="77777777" w:rsidR="005F025F" w:rsidRDefault="00000000" w:rsidP="002F3EB4">
            <w:pPr>
              <w:jc w:val="center"/>
            </w:pPr>
            <w:r>
              <w:rPr>
                <w:sz w:val="17"/>
              </w:rPr>
              <w:t>Day 3</w:t>
            </w:r>
          </w:p>
        </w:tc>
        <w:tc>
          <w:tcPr>
            <w:tcW w:w="4885" w:type="dxa"/>
            <w:tcMar>
              <w:top w:w="70" w:type="dxa"/>
              <w:left w:w="80" w:type="dxa"/>
              <w:bottom w:w="70" w:type="dxa"/>
              <w:right w:w="80" w:type="dxa"/>
            </w:tcMar>
          </w:tcPr>
          <w:p w14:paraId="26DA22CF" w14:textId="77777777" w:rsidR="005F025F" w:rsidRDefault="00000000">
            <w:pPr>
              <w:pStyle w:val="ListBullet"/>
            </w:pPr>
            <w:r>
              <w:rPr>
                <w:sz w:val="17"/>
              </w:rPr>
              <w:t>Quality control procedures</w:t>
            </w:r>
          </w:p>
          <w:p w14:paraId="19762543" w14:textId="77777777" w:rsidR="005F025F" w:rsidRDefault="00000000">
            <w:pPr>
              <w:pStyle w:val="ListBullet"/>
            </w:pPr>
            <w:r>
              <w:rPr>
                <w:sz w:val="17"/>
              </w:rPr>
              <w:t>Using site / job checklists</w:t>
            </w:r>
          </w:p>
          <w:p w14:paraId="64802872" w14:textId="77777777" w:rsidR="005F025F" w:rsidRDefault="00000000">
            <w:pPr>
              <w:pStyle w:val="ListBullet"/>
            </w:pPr>
            <w:r>
              <w:rPr>
                <w:sz w:val="17"/>
              </w:rPr>
              <w:t>Recording defects, missed tasks and corrective action</w:t>
            </w:r>
          </w:p>
        </w:tc>
        <w:tc>
          <w:tcPr>
            <w:tcW w:w="3414" w:type="dxa"/>
            <w:tcMar>
              <w:top w:w="70" w:type="dxa"/>
              <w:left w:w="80" w:type="dxa"/>
              <w:bottom w:w="70" w:type="dxa"/>
              <w:right w:w="80" w:type="dxa"/>
            </w:tcMar>
          </w:tcPr>
          <w:p w14:paraId="239C8498" w14:textId="77777777" w:rsidR="005F025F" w:rsidRDefault="00000000">
            <w:r>
              <w:rPr>
                <w:sz w:val="17"/>
              </w:rPr>
              <w:br/>
            </w:r>
            <w:r>
              <w:rPr>
                <w:sz w:val="17"/>
              </w:rPr>
              <w:br/>
            </w:r>
          </w:p>
        </w:tc>
      </w:tr>
      <w:tr w:rsidR="005F025F" w14:paraId="48F9410D" w14:textId="77777777" w:rsidTr="00A1084E">
        <w:trPr>
          <w:jc w:val="center"/>
        </w:trPr>
        <w:tc>
          <w:tcPr>
            <w:tcW w:w="1951" w:type="dxa"/>
            <w:tcMar>
              <w:top w:w="70" w:type="dxa"/>
              <w:left w:w="80" w:type="dxa"/>
              <w:bottom w:w="70" w:type="dxa"/>
              <w:right w:w="80" w:type="dxa"/>
            </w:tcMar>
          </w:tcPr>
          <w:p w14:paraId="3B2DCC73" w14:textId="77777777" w:rsidR="005F025F" w:rsidRDefault="00000000" w:rsidP="002F3EB4">
            <w:pPr>
              <w:jc w:val="center"/>
            </w:pPr>
            <w:r>
              <w:rPr>
                <w:sz w:val="17"/>
              </w:rPr>
              <w:t>Day 4</w:t>
            </w:r>
          </w:p>
        </w:tc>
        <w:tc>
          <w:tcPr>
            <w:tcW w:w="4885" w:type="dxa"/>
            <w:tcMar>
              <w:top w:w="70" w:type="dxa"/>
              <w:left w:w="80" w:type="dxa"/>
              <w:bottom w:w="70" w:type="dxa"/>
              <w:right w:w="80" w:type="dxa"/>
            </w:tcMar>
          </w:tcPr>
          <w:p w14:paraId="67091BF6" w14:textId="77777777" w:rsidR="005F025F" w:rsidRDefault="00000000">
            <w:pPr>
              <w:pStyle w:val="ListBullet"/>
            </w:pPr>
            <w:r>
              <w:rPr>
                <w:sz w:val="17"/>
              </w:rPr>
              <w:t>Client service standards</w:t>
            </w:r>
          </w:p>
          <w:p w14:paraId="63829172" w14:textId="77777777" w:rsidR="005F025F" w:rsidRDefault="00000000">
            <w:pPr>
              <w:pStyle w:val="ListBullet"/>
            </w:pPr>
            <w:r>
              <w:rPr>
                <w:sz w:val="17"/>
              </w:rPr>
              <w:t>Receiving and responding to feedback</w:t>
            </w:r>
          </w:p>
          <w:p w14:paraId="23129D87" w14:textId="77777777" w:rsidR="005F025F" w:rsidRDefault="00000000">
            <w:pPr>
              <w:pStyle w:val="ListBullet"/>
            </w:pPr>
            <w:r>
              <w:rPr>
                <w:sz w:val="17"/>
              </w:rPr>
              <w:t>Handling routine complaints and knowing when to escalate</w:t>
            </w:r>
          </w:p>
        </w:tc>
        <w:tc>
          <w:tcPr>
            <w:tcW w:w="3414" w:type="dxa"/>
            <w:tcMar>
              <w:top w:w="70" w:type="dxa"/>
              <w:left w:w="80" w:type="dxa"/>
              <w:bottom w:w="70" w:type="dxa"/>
              <w:right w:w="80" w:type="dxa"/>
            </w:tcMar>
          </w:tcPr>
          <w:p w14:paraId="1C321917" w14:textId="77777777" w:rsidR="005F025F" w:rsidRDefault="00000000">
            <w:r>
              <w:rPr>
                <w:sz w:val="17"/>
              </w:rPr>
              <w:br/>
            </w:r>
            <w:r>
              <w:rPr>
                <w:sz w:val="17"/>
              </w:rPr>
              <w:br/>
            </w:r>
          </w:p>
        </w:tc>
      </w:tr>
      <w:tr w:rsidR="005F025F" w14:paraId="6EA08DC1" w14:textId="77777777" w:rsidTr="00A1084E">
        <w:trPr>
          <w:jc w:val="center"/>
        </w:trPr>
        <w:tc>
          <w:tcPr>
            <w:tcW w:w="1951" w:type="dxa"/>
            <w:tcMar>
              <w:top w:w="70" w:type="dxa"/>
              <w:left w:w="80" w:type="dxa"/>
              <w:bottom w:w="70" w:type="dxa"/>
              <w:right w:w="80" w:type="dxa"/>
            </w:tcMar>
          </w:tcPr>
          <w:p w14:paraId="1D416452" w14:textId="77777777" w:rsidR="005F025F" w:rsidRDefault="00000000" w:rsidP="002F3EB4">
            <w:pPr>
              <w:jc w:val="center"/>
            </w:pPr>
            <w:r>
              <w:rPr>
                <w:sz w:val="17"/>
              </w:rPr>
              <w:t>Day 5</w:t>
            </w:r>
          </w:p>
        </w:tc>
        <w:tc>
          <w:tcPr>
            <w:tcW w:w="4885" w:type="dxa"/>
            <w:tcMar>
              <w:top w:w="70" w:type="dxa"/>
              <w:left w:w="80" w:type="dxa"/>
              <w:bottom w:w="70" w:type="dxa"/>
              <w:right w:w="80" w:type="dxa"/>
            </w:tcMar>
          </w:tcPr>
          <w:p w14:paraId="70B25409" w14:textId="77777777" w:rsidR="005F025F" w:rsidRDefault="00000000">
            <w:pPr>
              <w:pStyle w:val="ListBullet"/>
            </w:pPr>
            <w:r>
              <w:rPr>
                <w:sz w:val="17"/>
              </w:rPr>
              <w:t>Practise supervising a small team under observation</w:t>
            </w:r>
          </w:p>
          <w:p w14:paraId="044ECA98" w14:textId="77777777" w:rsidR="005F025F" w:rsidRDefault="00000000">
            <w:pPr>
              <w:pStyle w:val="ListBullet"/>
            </w:pPr>
            <w:r>
              <w:rPr>
                <w:sz w:val="17"/>
              </w:rPr>
              <w:t>Receive structured feedback</w:t>
            </w:r>
          </w:p>
          <w:p w14:paraId="5DBEDD4B" w14:textId="77777777" w:rsidR="005F025F" w:rsidRDefault="00000000">
            <w:pPr>
              <w:pStyle w:val="ListBullet"/>
            </w:pPr>
            <w:r>
              <w:rPr>
                <w:sz w:val="17"/>
              </w:rPr>
              <w:t>Review week 2 and agree week 3 objectives</w:t>
            </w:r>
          </w:p>
        </w:tc>
        <w:tc>
          <w:tcPr>
            <w:tcW w:w="3414" w:type="dxa"/>
            <w:tcMar>
              <w:top w:w="70" w:type="dxa"/>
              <w:left w:w="80" w:type="dxa"/>
              <w:bottom w:w="70" w:type="dxa"/>
              <w:right w:w="80" w:type="dxa"/>
            </w:tcMar>
          </w:tcPr>
          <w:p w14:paraId="7E3C694C" w14:textId="77777777" w:rsidR="005F025F" w:rsidRDefault="00000000">
            <w:r>
              <w:rPr>
                <w:sz w:val="17"/>
              </w:rPr>
              <w:br/>
            </w:r>
            <w:r>
              <w:rPr>
                <w:sz w:val="17"/>
              </w:rPr>
              <w:br/>
            </w:r>
          </w:p>
        </w:tc>
      </w:tr>
    </w:tbl>
    <w:p w14:paraId="46946C19" w14:textId="77777777" w:rsidR="00A1084E" w:rsidRDefault="00A1084E">
      <w:pPr>
        <w:pStyle w:val="Heading2"/>
      </w:pPr>
    </w:p>
    <w:p w14:paraId="206B1CC7" w14:textId="441A78AD" w:rsidR="005F025F" w:rsidRDefault="00000000">
      <w:pPr>
        <w:pStyle w:val="Heading2"/>
      </w:pPr>
      <w:r>
        <w:t>Week outcome</w:t>
      </w:r>
    </w:p>
    <w:p w14:paraId="483BB4EA" w14:textId="5B91FE52" w:rsidR="005F025F" w:rsidRDefault="00A1084E">
      <w:r>
        <w:br/>
      </w:r>
      <w:r w:rsidR="00000000">
        <w:t>Can lead a small team, communicate expectations, complete quality checks and handle basic client interactions professionally.</w:t>
      </w:r>
    </w:p>
    <w:p w14:paraId="35985ECF" w14:textId="5D6F4CB1" w:rsidR="005F025F" w:rsidRDefault="00A1084E">
      <w:pPr>
        <w:pStyle w:val="Heading2"/>
      </w:pPr>
      <w:r>
        <w:br/>
      </w:r>
      <w:r w:rsidR="00000000">
        <w:t>End-of-week sign-off</w:t>
      </w:r>
    </w:p>
    <w:p w14:paraId="4C04564B" w14:textId="77777777" w:rsidR="00A1084E" w:rsidRPr="00A1084E" w:rsidRDefault="00A1084E" w:rsidP="00A1084E"/>
    <w:tbl>
      <w:tblPr>
        <w:tblStyle w:val="TableGrid"/>
        <w:tblW w:w="0" w:type="auto"/>
        <w:jc w:val="center"/>
        <w:tblLook w:val="04A0" w:firstRow="1" w:lastRow="0" w:firstColumn="1" w:lastColumn="0" w:noHBand="0" w:noVBand="1"/>
      </w:tblPr>
      <w:tblGrid>
        <w:gridCol w:w="2794"/>
        <w:gridCol w:w="7440"/>
      </w:tblGrid>
      <w:tr w:rsidR="005F025F" w14:paraId="471A0907" w14:textId="77777777" w:rsidTr="00A1084E">
        <w:trPr>
          <w:jc w:val="center"/>
        </w:trPr>
        <w:tc>
          <w:tcPr>
            <w:tcW w:w="2794" w:type="dxa"/>
            <w:shd w:val="clear" w:color="auto" w:fill="E9F4F3"/>
            <w:tcMar>
              <w:top w:w="90" w:type="dxa"/>
              <w:left w:w="100" w:type="dxa"/>
              <w:bottom w:w="90" w:type="dxa"/>
              <w:right w:w="100" w:type="dxa"/>
            </w:tcMar>
          </w:tcPr>
          <w:p w14:paraId="3179F0F5" w14:textId="77777777" w:rsidR="005F025F" w:rsidRDefault="00000000">
            <w:r>
              <w:rPr>
                <w:b/>
                <w:color w:val="0E4369"/>
                <w:sz w:val="17"/>
              </w:rPr>
              <w:t>What went well</w:t>
            </w:r>
          </w:p>
        </w:tc>
        <w:tc>
          <w:tcPr>
            <w:tcW w:w="7440" w:type="dxa"/>
            <w:tcMar>
              <w:top w:w="90" w:type="dxa"/>
              <w:left w:w="100" w:type="dxa"/>
              <w:bottom w:w="90" w:type="dxa"/>
              <w:right w:w="100" w:type="dxa"/>
            </w:tcMar>
          </w:tcPr>
          <w:p w14:paraId="2E1DC4F7" w14:textId="77777777" w:rsidR="005F025F" w:rsidRDefault="00000000">
            <w:r>
              <w:rPr>
                <w:sz w:val="17"/>
              </w:rPr>
              <w:t>____________________________________________________________</w:t>
            </w:r>
          </w:p>
        </w:tc>
      </w:tr>
      <w:tr w:rsidR="005F025F" w14:paraId="72C3EC55" w14:textId="77777777" w:rsidTr="00A1084E">
        <w:trPr>
          <w:jc w:val="center"/>
        </w:trPr>
        <w:tc>
          <w:tcPr>
            <w:tcW w:w="2794" w:type="dxa"/>
            <w:shd w:val="clear" w:color="auto" w:fill="E9F4F3"/>
            <w:tcMar>
              <w:top w:w="90" w:type="dxa"/>
              <w:left w:w="100" w:type="dxa"/>
              <w:bottom w:w="90" w:type="dxa"/>
              <w:right w:w="100" w:type="dxa"/>
            </w:tcMar>
          </w:tcPr>
          <w:p w14:paraId="4CD92E74" w14:textId="77777777" w:rsidR="005F025F" w:rsidRDefault="00000000">
            <w:r>
              <w:rPr>
                <w:b/>
                <w:color w:val="0E4369"/>
                <w:sz w:val="17"/>
              </w:rPr>
              <w:t>Further support needed</w:t>
            </w:r>
          </w:p>
        </w:tc>
        <w:tc>
          <w:tcPr>
            <w:tcW w:w="7440" w:type="dxa"/>
            <w:tcMar>
              <w:top w:w="90" w:type="dxa"/>
              <w:left w:w="100" w:type="dxa"/>
              <w:bottom w:w="90" w:type="dxa"/>
              <w:right w:w="100" w:type="dxa"/>
            </w:tcMar>
          </w:tcPr>
          <w:p w14:paraId="42D7FAF9" w14:textId="77777777" w:rsidR="005F025F" w:rsidRDefault="00000000">
            <w:r>
              <w:rPr>
                <w:sz w:val="17"/>
              </w:rPr>
              <w:t>____________________________________________________________</w:t>
            </w:r>
          </w:p>
        </w:tc>
      </w:tr>
      <w:tr w:rsidR="005F025F" w14:paraId="7544ADC3" w14:textId="77777777" w:rsidTr="00A1084E">
        <w:trPr>
          <w:jc w:val="center"/>
        </w:trPr>
        <w:tc>
          <w:tcPr>
            <w:tcW w:w="2794" w:type="dxa"/>
            <w:shd w:val="clear" w:color="auto" w:fill="E9F4F3"/>
            <w:tcMar>
              <w:top w:w="90" w:type="dxa"/>
              <w:left w:w="100" w:type="dxa"/>
              <w:bottom w:w="90" w:type="dxa"/>
              <w:right w:w="100" w:type="dxa"/>
            </w:tcMar>
          </w:tcPr>
          <w:p w14:paraId="614E7CD3" w14:textId="77777777" w:rsidR="005F025F" w:rsidRDefault="00000000">
            <w:r>
              <w:rPr>
                <w:b/>
                <w:color w:val="0E4369"/>
                <w:sz w:val="17"/>
              </w:rPr>
              <w:t>Ready to progress?</w:t>
            </w:r>
          </w:p>
        </w:tc>
        <w:tc>
          <w:tcPr>
            <w:tcW w:w="7440" w:type="dxa"/>
            <w:tcMar>
              <w:top w:w="90" w:type="dxa"/>
              <w:left w:w="100" w:type="dxa"/>
              <w:bottom w:w="90" w:type="dxa"/>
              <w:right w:w="100" w:type="dxa"/>
            </w:tcMar>
          </w:tcPr>
          <w:p w14:paraId="1B17A5E9" w14:textId="146414E0" w:rsidR="005F025F" w:rsidRDefault="00000000">
            <w:r>
              <w:rPr>
                <w:sz w:val="17"/>
              </w:rPr>
              <w:t xml:space="preserve">☐ Yes  </w:t>
            </w:r>
            <w:r w:rsidR="002F3EB4">
              <w:rPr>
                <w:sz w:val="17"/>
              </w:rPr>
              <w:t xml:space="preserve">    </w:t>
            </w:r>
            <w:r>
              <w:rPr>
                <w:sz w:val="17"/>
              </w:rPr>
              <w:t xml:space="preserve"> ☐ Yes, with support   </w:t>
            </w:r>
            <w:r w:rsidR="002F3EB4">
              <w:rPr>
                <w:sz w:val="17"/>
              </w:rPr>
              <w:t xml:space="preserve">    </w:t>
            </w:r>
            <w:r>
              <w:rPr>
                <w:sz w:val="17"/>
              </w:rPr>
              <w:t>☐ Not yet</w:t>
            </w:r>
          </w:p>
        </w:tc>
      </w:tr>
      <w:tr w:rsidR="005F025F" w14:paraId="5FD04202" w14:textId="77777777" w:rsidTr="00A1084E">
        <w:trPr>
          <w:jc w:val="center"/>
        </w:trPr>
        <w:tc>
          <w:tcPr>
            <w:tcW w:w="2794" w:type="dxa"/>
            <w:shd w:val="clear" w:color="auto" w:fill="E9F4F3"/>
            <w:tcMar>
              <w:top w:w="90" w:type="dxa"/>
              <w:left w:w="100" w:type="dxa"/>
              <w:bottom w:w="90" w:type="dxa"/>
              <w:right w:w="100" w:type="dxa"/>
            </w:tcMar>
          </w:tcPr>
          <w:p w14:paraId="66CB150A" w14:textId="77777777" w:rsidR="005F025F" w:rsidRDefault="00000000">
            <w:r>
              <w:rPr>
                <w:b/>
                <w:color w:val="0E4369"/>
                <w:sz w:val="17"/>
              </w:rPr>
              <w:t>Manager / mentor</w:t>
            </w:r>
          </w:p>
        </w:tc>
        <w:tc>
          <w:tcPr>
            <w:tcW w:w="7440" w:type="dxa"/>
            <w:tcMar>
              <w:top w:w="90" w:type="dxa"/>
              <w:left w:w="100" w:type="dxa"/>
              <w:bottom w:w="90" w:type="dxa"/>
              <w:right w:w="100" w:type="dxa"/>
            </w:tcMar>
          </w:tcPr>
          <w:p w14:paraId="17F2FC93" w14:textId="77777777" w:rsidR="005F025F" w:rsidRDefault="00000000">
            <w:r>
              <w:rPr>
                <w:sz w:val="17"/>
              </w:rPr>
              <w:t>____________________________  Date: ____________</w:t>
            </w:r>
          </w:p>
        </w:tc>
      </w:tr>
      <w:tr w:rsidR="005F025F" w14:paraId="0DB108D1" w14:textId="77777777" w:rsidTr="00A1084E">
        <w:trPr>
          <w:jc w:val="center"/>
        </w:trPr>
        <w:tc>
          <w:tcPr>
            <w:tcW w:w="2794" w:type="dxa"/>
            <w:shd w:val="clear" w:color="auto" w:fill="E9F4F3"/>
            <w:tcMar>
              <w:top w:w="90" w:type="dxa"/>
              <w:left w:w="100" w:type="dxa"/>
              <w:bottom w:w="90" w:type="dxa"/>
              <w:right w:w="100" w:type="dxa"/>
            </w:tcMar>
          </w:tcPr>
          <w:p w14:paraId="53811FD1" w14:textId="77777777" w:rsidR="005F025F" w:rsidRDefault="00000000">
            <w:r>
              <w:rPr>
                <w:b/>
                <w:color w:val="0E4369"/>
                <w:sz w:val="17"/>
              </w:rPr>
              <w:t>Supervisor</w:t>
            </w:r>
          </w:p>
        </w:tc>
        <w:tc>
          <w:tcPr>
            <w:tcW w:w="7440" w:type="dxa"/>
            <w:tcMar>
              <w:top w:w="90" w:type="dxa"/>
              <w:left w:w="100" w:type="dxa"/>
              <w:bottom w:w="90" w:type="dxa"/>
              <w:right w:w="100" w:type="dxa"/>
            </w:tcMar>
          </w:tcPr>
          <w:p w14:paraId="1BAE6DA5" w14:textId="77777777" w:rsidR="005F025F" w:rsidRDefault="00000000">
            <w:r>
              <w:rPr>
                <w:sz w:val="17"/>
              </w:rPr>
              <w:t>__________________________________  Date: ____________</w:t>
            </w:r>
          </w:p>
        </w:tc>
      </w:tr>
    </w:tbl>
    <w:p w14:paraId="5BAC0467" w14:textId="77777777" w:rsidR="005F025F" w:rsidRDefault="00000000">
      <w:r>
        <w:br w:type="page"/>
      </w:r>
    </w:p>
    <w:p w14:paraId="7131D262" w14:textId="77777777" w:rsidR="005F025F" w:rsidRDefault="00000000">
      <w:pPr>
        <w:pStyle w:val="Heading1"/>
      </w:pPr>
      <w:r>
        <w:t>Week 3: Administration, Compliance &amp; Advanced Operations</w:t>
      </w:r>
    </w:p>
    <w:p w14:paraId="5E209CD9" w14:textId="77777777" w:rsidR="00A1084E" w:rsidRPr="00A1084E" w:rsidRDefault="00A1084E" w:rsidP="00A1084E"/>
    <w:p w14:paraId="1F60FA2E" w14:textId="77777777" w:rsidR="005F025F" w:rsidRDefault="00000000">
      <w:r>
        <w:t>Build confidence with the administrative and compliance responsibilities that support smooth day-to-day operations.</w:t>
      </w:r>
    </w:p>
    <w:p w14:paraId="19784AD3" w14:textId="77777777" w:rsidR="00A1084E" w:rsidRDefault="00A1084E"/>
    <w:tbl>
      <w:tblPr>
        <w:tblStyle w:val="TableGrid"/>
        <w:tblW w:w="0" w:type="auto"/>
        <w:jc w:val="center"/>
        <w:tblLook w:val="04A0" w:firstRow="1" w:lastRow="0" w:firstColumn="1" w:lastColumn="0" w:noHBand="0" w:noVBand="1"/>
      </w:tblPr>
      <w:tblGrid>
        <w:gridCol w:w="1242"/>
        <w:gridCol w:w="5593"/>
        <w:gridCol w:w="3415"/>
      </w:tblGrid>
      <w:tr w:rsidR="005F025F" w14:paraId="54E656B9" w14:textId="77777777" w:rsidTr="00A1084E">
        <w:trPr>
          <w:jc w:val="center"/>
        </w:trPr>
        <w:tc>
          <w:tcPr>
            <w:tcW w:w="1242" w:type="dxa"/>
            <w:shd w:val="clear" w:color="auto" w:fill="0E4369"/>
          </w:tcPr>
          <w:p w14:paraId="666A84DC" w14:textId="77777777" w:rsidR="005F025F" w:rsidRDefault="00000000">
            <w:r>
              <w:rPr>
                <w:b/>
                <w:color w:val="FFFFFF"/>
                <w:sz w:val="17"/>
              </w:rPr>
              <w:t>Day / Stage</w:t>
            </w:r>
          </w:p>
        </w:tc>
        <w:tc>
          <w:tcPr>
            <w:tcW w:w="5593" w:type="dxa"/>
            <w:shd w:val="clear" w:color="auto" w:fill="0E4369"/>
          </w:tcPr>
          <w:p w14:paraId="1F77D712" w14:textId="77777777" w:rsidR="005F025F" w:rsidRDefault="00000000">
            <w:r>
              <w:rPr>
                <w:b/>
                <w:color w:val="FFFFFF"/>
                <w:sz w:val="17"/>
              </w:rPr>
              <w:t>Training &amp; Activity</w:t>
            </w:r>
          </w:p>
        </w:tc>
        <w:tc>
          <w:tcPr>
            <w:tcW w:w="3415" w:type="dxa"/>
            <w:shd w:val="clear" w:color="auto" w:fill="0E4369"/>
          </w:tcPr>
          <w:p w14:paraId="53829DA3" w14:textId="77777777" w:rsidR="005F025F" w:rsidRDefault="00000000">
            <w:r>
              <w:rPr>
                <w:b/>
                <w:color w:val="FFFFFF"/>
                <w:sz w:val="17"/>
              </w:rPr>
              <w:t>Manager / Mentor Notes</w:t>
            </w:r>
          </w:p>
        </w:tc>
      </w:tr>
      <w:tr w:rsidR="005F025F" w14:paraId="20D9075D" w14:textId="77777777" w:rsidTr="00A1084E">
        <w:trPr>
          <w:jc w:val="center"/>
        </w:trPr>
        <w:tc>
          <w:tcPr>
            <w:tcW w:w="1242" w:type="dxa"/>
            <w:tcMar>
              <w:top w:w="70" w:type="dxa"/>
              <w:left w:w="80" w:type="dxa"/>
              <w:bottom w:w="70" w:type="dxa"/>
              <w:right w:w="80" w:type="dxa"/>
            </w:tcMar>
          </w:tcPr>
          <w:p w14:paraId="2399CF40" w14:textId="77777777" w:rsidR="005F025F" w:rsidRDefault="00000000">
            <w:r>
              <w:rPr>
                <w:sz w:val="17"/>
              </w:rPr>
              <w:t>Day 1</w:t>
            </w:r>
          </w:p>
        </w:tc>
        <w:tc>
          <w:tcPr>
            <w:tcW w:w="5593" w:type="dxa"/>
            <w:tcMar>
              <w:top w:w="70" w:type="dxa"/>
              <w:left w:w="80" w:type="dxa"/>
              <w:bottom w:w="70" w:type="dxa"/>
              <w:right w:w="80" w:type="dxa"/>
            </w:tcMar>
          </w:tcPr>
          <w:p w14:paraId="5EB08E22" w14:textId="77777777" w:rsidR="005F025F" w:rsidRDefault="00000000">
            <w:pPr>
              <w:pStyle w:val="ListBullet"/>
            </w:pPr>
            <w:r>
              <w:rPr>
                <w:sz w:val="17"/>
              </w:rPr>
              <w:t>Scheduling and rota management using company systems/software</w:t>
            </w:r>
          </w:p>
          <w:p w14:paraId="36499DEC" w14:textId="77777777" w:rsidR="005F025F" w:rsidRDefault="00000000">
            <w:pPr>
              <w:pStyle w:val="ListBullet"/>
            </w:pPr>
            <w:r>
              <w:rPr>
                <w:sz w:val="17"/>
              </w:rPr>
              <w:t>Managing cover and identifying staffing gaps</w:t>
            </w:r>
          </w:p>
          <w:p w14:paraId="413C2BF8" w14:textId="77777777" w:rsidR="005F025F" w:rsidRDefault="00000000">
            <w:pPr>
              <w:pStyle w:val="ListBullet"/>
            </w:pPr>
            <w:r>
              <w:rPr>
                <w:sz w:val="17"/>
              </w:rPr>
              <w:t>Stock control, inventory and ordering processes</w:t>
            </w:r>
          </w:p>
        </w:tc>
        <w:tc>
          <w:tcPr>
            <w:tcW w:w="3415" w:type="dxa"/>
            <w:tcMar>
              <w:top w:w="70" w:type="dxa"/>
              <w:left w:w="80" w:type="dxa"/>
              <w:bottom w:w="70" w:type="dxa"/>
              <w:right w:w="80" w:type="dxa"/>
            </w:tcMar>
          </w:tcPr>
          <w:p w14:paraId="3C6F9CA4" w14:textId="77777777" w:rsidR="005F025F" w:rsidRDefault="00000000">
            <w:r>
              <w:rPr>
                <w:sz w:val="17"/>
              </w:rPr>
              <w:br/>
            </w:r>
            <w:r>
              <w:rPr>
                <w:sz w:val="17"/>
              </w:rPr>
              <w:br/>
            </w:r>
          </w:p>
        </w:tc>
      </w:tr>
      <w:tr w:rsidR="005F025F" w14:paraId="15E53172" w14:textId="77777777" w:rsidTr="00A1084E">
        <w:trPr>
          <w:jc w:val="center"/>
        </w:trPr>
        <w:tc>
          <w:tcPr>
            <w:tcW w:w="1242" w:type="dxa"/>
            <w:tcMar>
              <w:top w:w="70" w:type="dxa"/>
              <w:left w:w="80" w:type="dxa"/>
              <w:bottom w:w="70" w:type="dxa"/>
              <w:right w:w="80" w:type="dxa"/>
            </w:tcMar>
          </w:tcPr>
          <w:p w14:paraId="40FC2EB6" w14:textId="77777777" w:rsidR="005F025F" w:rsidRDefault="00000000">
            <w:r>
              <w:rPr>
                <w:sz w:val="17"/>
              </w:rPr>
              <w:t>Day 2</w:t>
            </w:r>
          </w:p>
        </w:tc>
        <w:tc>
          <w:tcPr>
            <w:tcW w:w="5593" w:type="dxa"/>
            <w:tcMar>
              <w:top w:w="70" w:type="dxa"/>
              <w:left w:w="80" w:type="dxa"/>
              <w:bottom w:w="70" w:type="dxa"/>
              <w:right w:w="80" w:type="dxa"/>
            </w:tcMar>
          </w:tcPr>
          <w:p w14:paraId="2598D13D" w14:textId="77777777" w:rsidR="005F025F" w:rsidRDefault="00000000">
            <w:pPr>
              <w:pStyle w:val="ListBullet"/>
            </w:pPr>
            <w:r>
              <w:rPr>
                <w:sz w:val="17"/>
              </w:rPr>
              <w:t>Reporting procedures</w:t>
            </w:r>
          </w:p>
          <w:p w14:paraId="729FD1D2" w14:textId="77777777" w:rsidR="005F025F" w:rsidRDefault="00000000">
            <w:pPr>
              <w:pStyle w:val="ListBullet"/>
            </w:pPr>
            <w:r>
              <w:rPr>
                <w:sz w:val="17"/>
              </w:rPr>
              <w:t>Incident and accident forms</w:t>
            </w:r>
          </w:p>
          <w:p w14:paraId="78415C1F" w14:textId="77777777" w:rsidR="005F025F" w:rsidRDefault="00000000">
            <w:pPr>
              <w:pStyle w:val="ListBullet"/>
            </w:pPr>
            <w:r>
              <w:rPr>
                <w:sz w:val="17"/>
              </w:rPr>
              <w:t>Maintenance and equipment issues</w:t>
            </w:r>
          </w:p>
          <w:p w14:paraId="7E7814C2" w14:textId="77777777" w:rsidR="005F025F" w:rsidRDefault="00000000">
            <w:pPr>
              <w:pStyle w:val="ListBullet"/>
            </w:pPr>
            <w:r>
              <w:rPr>
                <w:sz w:val="17"/>
              </w:rPr>
              <w:t>Timesheets / attendance / other company records</w:t>
            </w:r>
          </w:p>
        </w:tc>
        <w:tc>
          <w:tcPr>
            <w:tcW w:w="3415" w:type="dxa"/>
            <w:tcMar>
              <w:top w:w="70" w:type="dxa"/>
              <w:left w:w="80" w:type="dxa"/>
              <w:bottom w:w="70" w:type="dxa"/>
              <w:right w:w="80" w:type="dxa"/>
            </w:tcMar>
          </w:tcPr>
          <w:p w14:paraId="5FC14E49" w14:textId="77777777" w:rsidR="005F025F" w:rsidRDefault="00000000">
            <w:r>
              <w:rPr>
                <w:sz w:val="17"/>
              </w:rPr>
              <w:br/>
            </w:r>
            <w:r>
              <w:rPr>
                <w:sz w:val="17"/>
              </w:rPr>
              <w:br/>
            </w:r>
          </w:p>
        </w:tc>
      </w:tr>
      <w:tr w:rsidR="005F025F" w14:paraId="37C51499" w14:textId="77777777" w:rsidTr="00A1084E">
        <w:trPr>
          <w:jc w:val="center"/>
        </w:trPr>
        <w:tc>
          <w:tcPr>
            <w:tcW w:w="1242" w:type="dxa"/>
            <w:tcMar>
              <w:top w:w="70" w:type="dxa"/>
              <w:left w:w="80" w:type="dxa"/>
              <w:bottom w:w="70" w:type="dxa"/>
              <w:right w:w="80" w:type="dxa"/>
            </w:tcMar>
          </w:tcPr>
          <w:p w14:paraId="14A69D9C" w14:textId="77777777" w:rsidR="005F025F" w:rsidRDefault="00000000">
            <w:r>
              <w:rPr>
                <w:sz w:val="17"/>
              </w:rPr>
              <w:t>Day 3</w:t>
            </w:r>
          </w:p>
        </w:tc>
        <w:tc>
          <w:tcPr>
            <w:tcW w:w="5593" w:type="dxa"/>
            <w:tcMar>
              <w:top w:w="70" w:type="dxa"/>
              <w:left w:w="80" w:type="dxa"/>
              <w:bottom w:w="70" w:type="dxa"/>
              <w:right w:w="80" w:type="dxa"/>
            </w:tcMar>
          </w:tcPr>
          <w:p w14:paraId="56F9302E" w14:textId="77777777" w:rsidR="005F025F" w:rsidRDefault="00000000">
            <w:pPr>
              <w:pStyle w:val="ListBullet"/>
            </w:pPr>
            <w:r>
              <w:rPr>
                <w:sz w:val="17"/>
              </w:rPr>
              <w:t>Health &amp; safety refresher</w:t>
            </w:r>
          </w:p>
          <w:p w14:paraId="30BA2BA1" w14:textId="77777777" w:rsidR="005F025F" w:rsidRDefault="00000000">
            <w:pPr>
              <w:pStyle w:val="ListBullet"/>
            </w:pPr>
            <w:r>
              <w:rPr>
                <w:sz w:val="17"/>
              </w:rPr>
              <w:t>Site-specific risks and control measures</w:t>
            </w:r>
          </w:p>
          <w:p w14:paraId="71288DEF" w14:textId="77777777" w:rsidR="005F025F" w:rsidRDefault="00000000">
            <w:pPr>
              <w:pStyle w:val="ListBullet"/>
            </w:pPr>
            <w:r>
              <w:rPr>
                <w:sz w:val="17"/>
              </w:rPr>
              <w:t>Insurance and compliance responsibilities relevant to the role</w:t>
            </w:r>
          </w:p>
        </w:tc>
        <w:tc>
          <w:tcPr>
            <w:tcW w:w="3415" w:type="dxa"/>
            <w:tcMar>
              <w:top w:w="70" w:type="dxa"/>
              <w:left w:w="80" w:type="dxa"/>
              <w:bottom w:w="70" w:type="dxa"/>
              <w:right w:w="80" w:type="dxa"/>
            </w:tcMar>
          </w:tcPr>
          <w:p w14:paraId="3BDA10D8" w14:textId="77777777" w:rsidR="005F025F" w:rsidRDefault="00000000">
            <w:r>
              <w:rPr>
                <w:sz w:val="17"/>
              </w:rPr>
              <w:br/>
            </w:r>
            <w:r>
              <w:rPr>
                <w:sz w:val="17"/>
              </w:rPr>
              <w:br/>
            </w:r>
          </w:p>
        </w:tc>
      </w:tr>
      <w:tr w:rsidR="005F025F" w14:paraId="5327214A" w14:textId="77777777" w:rsidTr="00A1084E">
        <w:trPr>
          <w:jc w:val="center"/>
        </w:trPr>
        <w:tc>
          <w:tcPr>
            <w:tcW w:w="1242" w:type="dxa"/>
            <w:tcMar>
              <w:top w:w="70" w:type="dxa"/>
              <w:left w:w="80" w:type="dxa"/>
              <w:bottom w:w="70" w:type="dxa"/>
              <w:right w:w="80" w:type="dxa"/>
            </w:tcMar>
          </w:tcPr>
          <w:p w14:paraId="1EB3FB2A" w14:textId="77777777" w:rsidR="005F025F" w:rsidRDefault="00000000">
            <w:r>
              <w:rPr>
                <w:sz w:val="17"/>
              </w:rPr>
              <w:t>Day 4</w:t>
            </w:r>
          </w:p>
        </w:tc>
        <w:tc>
          <w:tcPr>
            <w:tcW w:w="5593" w:type="dxa"/>
            <w:tcMar>
              <w:top w:w="70" w:type="dxa"/>
              <w:left w:w="80" w:type="dxa"/>
              <w:bottom w:w="70" w:type="dxa"/>
              <w:right w:w="80" w:type="dxa"/>
            </w:tcMar>
          </w:tcPr>
          <w:p w14:paraId="79B73BF7" w14:textId="77777777" w:rsidR="005F025F" w:rsidRDefault="00000000">
            <w:pPr>
              <w:pStyle w:val="ListBullet"/>
            </w:pPr>
            <w:r>
              <w:rPr>
                <w:sz w:val="17"/>
              </w:rPr>
              <w:t>Supporting recruitment</w:t>
            </w:r>
          </w:p>
          <w:p w14:paraId="05847E67" w14:textId="77777777" w:rsidR="005F025F" w:rsidRDefault="00000000">
            <w:pPr>
              <w:pStyle w:val="ListBullet"/>
            </w:pPr>
            <w:r>
              <w:rPr>
                <w:sz w:val="17"/>
              </w:rPr>
              <w:t>Helping with induction and onboarding</w:t>
            </w:r>
          </w:p>
          <w:p w14:paraId="46F1D8B6" w14:textId="77777777" w:rsidR="005F025F" w:rsidRDefault="00000000">
            <w:pPr>
              <w:pStyle w:val="ListBullet"/>
            </w:pPr>
            <w:r>
              <w:rPr>
                <w:sz w:val="17"/>
              </w:rPr>
              <w:t>Coaching new starters during early shifts</w:t>
            </w:r>
          </w:p>
        </w:tc>
        <w:tc>
          <w:tcPr>
            <w:tcW w:w="3415" w:type="dxa"/>
            <w:tcMar>
              <w:top w:w="70" w:type="dxa"/>
              <w:left w:w="80" w:type="dxa"/>
              <w:bottom w:w="70" w:type="dxa"/>
              <w:right w:w="80" w:type="dxa"/>
            </w:tcMar>
          </w:tcPr>
          <w:p w14:paraId="471386CC" w14:textId="77777777" w:rsidR="005F025F" w:rsidRDefault="00000000">
            <w:r>
              <w:rPr>
                <w:sz w:val="17"/>
              </w:rPr>
              <w:br/>
            </w:r>
            <w:r>
              <w:rPr>
                <w:sz w:val="17"/>
              </w:rPr>
              <w:br/>
            </w:r>
          </w:p>
        </w:tc>
      </w:tr>
      <w:tr w:rsidR="005F025F" w14:paraId="4CEA901D" w14:textId="77777777" w:rsidTr="00A1084E">
        <w:trPr>
          <w:jc w:val="center"/>
        </w:trPr>
        <w:tc>
          <w:tcPr>
            <w:tcW w:w="1242" w:type="dxa"/>
            <w:tcMar>
              <w:top w:w="70" w:type="dxa"/>
              <w:left w:w="80" w:type="dxa"/>
              <w:bottom w:w="70" w:type="dxa"/>
              <w:right w:w="80" w:type="dxa"/>
            </w:tcMar>
          </w:tcPr>
          <w:p w14:paraId="1F350447" w14:textId="77777777" w:rsidR="005F025F" w:rsidRDefault="00000000">
            <w:r>
              <w:rPr>
                <w:sz w:val="17"/>
              </w:rPr>
              <w:t>Day 5</w:t>
            </w:r>
          </w:p>
        </w:tc>
        <w:tc>
          <w:tcPr>
            <w:tcW w:w="5593" w:type="dxa"/>
            <w:tcMar>
              <w:top w:w="70" w:type="dxa"/>
              <w:left w:w="80" w:type="dxa"/>
              <w:bottom w:w="70" w:type="dxa"/>
              <w:right w:w="80" w:type="dxa"/>
            </w:tcMar>
          </w:tcPr>
          <w:p w14:paraId="4FF1DCF3" w14:textId="77777777" w:rsidR="005F025F" w:rsidRDefault="00000000">
            <w:pPr>
              <w:pStyle w:val="ListBullet"/>
            </w:pPr>
            <w:r>
              <w:rPr>
                <w:sz w:val="17"/>
              </w:rPr>
              <w:t>Manager Q&amp;A</w:t>
            </w:r>
          </w:p>
          <w:p w14:paraId="0CB64939" w14:textId="77777777" w:rsidR="005F025F" w:rsidRDefault="00000000">
            <w:pPr>
              <w:pStyle w:val="ListBullet"/>
            </w:pPr>
            <w:r>
              <w:rPr>
                <w:sz w:val="17"/>
              </w:rPr>
              <w:t>Identify any areas requiring additional support</w:t>
            </w:r>
          </w:p>
          <w:p w14:paraId="4823B53F" w14:textId="77777777" w:rsidR="005F025F" w:rsidRDefault="00000000">
            <w:pPr>
              <w:pStyle w:val="ListBullet"/>
            </w:pPr>
            <w:r>
              <w:rPr>
                <w:sz w:val="17"/>
              </w:rPr>
              <w:t>Review week 3 and prepare for independent supervision</w:t>
            </w:r>
          </w:p>
        </w:tc>
        <w:tc>
          <w:tcPr>
            <w:tcW w:w="3415" w:type="dxa"/>
            <w:tcMar>
              <w:top w:w="70" w:type="dxa"/>
              <w:left w:w="80" w:type="dxa"/>
              <w:bottom w:w="70" w:type="dxa"/>
              <w:right w:w="80" w:type="dxa"/>
            </w:tcMar>
          </w:tcPr>
          <w:p w14:paraId="1CED0BCE" w14:textId="77777777" w:rsidR="005F025F" w:rsidRDefault="00000000">
            <w:r>
              <w:rPr>
                <w:sz w:val="17"/>
              </w:rPr>
              <w:br/>
            </w:r>
            <w:r>
              <w:rPr>
                <w:sz w:val="17"/>
              </w:rPr>
              <w:br/>
            </w:r>
          </w:p>
        </w:tc>
      </w:tr>
    </w:tbl>
    <w:p w14:paraId="5DA77DCD" w14:textId="251DF8D4" w:rsidR="005F025F" w:rsidRDefault="00A1084E">
      <w:pPr>
        <w:pStyle w:val="Heading2"/>
      </w:pPr>
      <w:r>
        <w:br/>
      </w:r>
      <w:r w:rsidR="00000000">
        <w:t>Week outcome</w:t>
      </w:r>
      <w:r>
        <w:br/>
      </w:r>
    </w:p>
    <w:p w14:paraId="7D92166F" w14:textId="77777777" w:rsidR="005F025F" w:rsidRDefault="00000000">
      <w:r>
        <w:t>Can manage routine administrative tasks, recognise compliance issues and support recruitment and onboarding.</w:t>
      </w:r>
    </w:p>
    <w:p w14:paraId="68738EEB" w14:textId="7CA02454" w:rsidR="005F025F" w:rsidRDefault="00A1084E">
      <w:pPr>
        <w:pStyle w:val="Heading2"/>
      </w:pPr>
      <w:r>
        <w:br/>
      </w:r>
      <w:r w:rsidR="00000000">
        <w:t>End-of-week sign-off</w:t>
      </w:r>
      <w:r>
        <w:br/>
      </w:r>
    </w:p>
    <w:tbl>
      <w:tblPr>
        <w:tblStyle w:val="TableGrid"/>
        <w:tblW w:w="0" w:type="auto"/>
        <w:jc w:val="center"/>
        <w:tblLook w:val="04A0" w:firstRow="1" w:lastRow="0" w:firstColumn="1" w:lastColumn="0" w:noHBand="0" w:noVBand="1"/>
      </w:tblPr>
      <w:tblGrid>
        <w:gridCol w:w="2510"/>
        <w:gridCol w:w="7724"/>
      </w:tblGrid>
      <w:tr w:rsidR="005F025F" w14:paraId="52103696" w14:textId="77777777" w:rsidTr="00A1084E">
        <w:trPr>
          <w:jc w:val="center"/>
        </w:trPr>
        <w:tc>
          <w:tcPr>
            <w:tcW w:w="2510" w:type="dxa"/>
            <w:shd w:val="clear" w:color="auto" w:fill="E9F4F3"/>
            <w:tcMar>
              <w:top w:w="90" w:type="dxa"/>
              <w:left w:w="100" w:type="dxa"/>
              <w:bottom w:w="90" w:type="dxa"/>
              <w:right w:w="100" w:type="dxa"/>
            </w:tcMar>
          </w:tcPr>
          <w:p w14:paraId="343EAB1C" w14:textId="77777777" w:rsidR="005F025F" w:rsidRDefault="00000000">
            <w:r>
              <w:rPr>
                <w:b/>
                <w:color w:val="0E4369"/>
                <w:sz w:val="17"/>
              </w:rPr>
              <w:t>What went well</w:t>
            </w:r>
          </w:p>
        </w:tc>
        <w:tc>
          <w:tcPr>
            <w:tcW w:w="7724" w:type="dxa"/>
            <w:tcMar>
              <w:top w:w="90" w:type="dxa"/>
              <w:left w:w="100" w:type="dxa"/>
              <w:bottom w:w="90" w:type="dxa"/>
              <w:right w:w="100" w:type="dxa"/>
            </w:tcMar>
          </w:tcPr>
          <w:p w14:paraId="63370D90" w14:textId="77777777" w:rsidR="005F025F" w:rsidRDefault="00000000">
            <w:r>
              <w:rPr>
                <w:sz w:val="17"/>
              </w:rPr>
              <w:t>____________________________________________________________</w:t>
            </w:r>
          </w:p>
        </w:tc>
      </w:tr>
      <w:tr w:rsidR="005F025F" w14:paraId="4FA20122" w14:textId="77777777" w:rsidTr="00A1084E">
        <w:trPr>
          <w:jc w:val="center"/>
        </w:trPr>
        <w:tc>
          <w:tcPr>
            <w:tcW w:w="2510" w:type="dxa"/>
            <w:shd w:val="clear" w:color="auto" w:fill="E9F4F3"/>
            <w:tcMar>
              <w:top w:w="90" w:type="dxa"/>
              <w:left w:w="100" w:type="dxa"/>
              <w:bottom w:w="90" w:type="dxa"/>
              <w:right w:w="100" w:type="dxa"/>
            </w:tcMar>
          </w:tcPr>
          <w:p w14:paraId="530AFA33" w14:textId="77777777" w:rsidR="005F025F" w:rsidRDefault="00000000">
            <w:r>
              <w:rPr>
                <w:b/>
                <w:color w:val="0E4369"/>
                <w:sz w:val="17"/>
              </w:rPr>
              <w:t>Further support needed</w:t>
            </w:r>
          </w:p>
        </w:tc>
        <w:tc>
          <w:tcPr>
            <w:tcW w:w="7724" w:type="dxa"/>
            <w:tcMar>
              <w:top w:w="90" w:type="dxa"/>
              <w:left w:w="100" w:type="dxa"/>
              <w:bottom w:w="90" w:type="dxa"/>
              <w:right w:w="100" w:type="dxa"/>
            </w:tcMar>
          </w:tcPr>
          <w:p w14:paraId="672D4AF8" w14:textId="77777777" w:rsidR="005F025F" w:rsidRDefault="00000000">
            <w:r>
              <w:rPr>
                <w:sz w:val="17"/>
              </w:rPr>
              <w:t>____________________________________________________________</w:t>
            </w:r>
          </w:p>
        </w:tc>
      </w:tr>
      <w:tr w:rsidR="005F025F" w14:paraId="452C2ADF" w14:textId="77777777" w:rsidTr="00A1084E">
        <w:trPr>
          <w:jc w:val="center"/>
        </w:trPr>
        <w:tc>
          <w:tcPr>
            <w:tcW w:w="2510" w:type="dxa"/>
            <w:shd w:val="clear" w:color="auto" w:fill="E9F4F3"/>
            <w:tcMar>
              <w:top w:w="90" w:type="dxa"/>
              <w:left w:w="100" w:type="dxa"/>
              <w:bottom w:w="90" w:type="dxa"/>
              <w:right w:w="100" w:type="dxa"/>
            </w:tcMar>
          </w:tcPr>
          <w:p w14:paraId="1512448E" w14:textId="77777777" w:rsidR="005F025F" w:rsidRDefault="00000000">
            <w:r>
              <w:rPr>
                <w:b/>
                <w:color w:val="0E4369"/>
                <w:sz w:val="17"/>
              </w:rPr>
              <w:t>Ready to progress?</w:t>
            </w:r>
          </w:p>
        </w:tc>
        <w:tc>
          <w:tcPr>
            <w:tcW w:w="7724" w:type="dxa"/>
            <w:tcMar>
              <w:top w:w="90" w:type="dxa"/>
              <w:left w:w="100" w:type="dxa"/>
              <w:bottom w:w="90" w:type="dxa"/>
              <w:right w:w="100" w:type="dxa"/>
            </w:tcMar>
          </w:tcPr>
          <w:p w14:paraId="78DCAED5" w14:textId="3FF2D78A" w:rsidR="005F025F" w:rsidRDefault="00000000">
            <w:r>
              <w:rPr>
                <w:sz w:val="17"/>
              </w:rPr>
              <w:t xml:space="preserve">☐ Yes   </w:t>
            </w:r>
            <w:r w:rsidR="002F3EB4">
              <w:rPr>
                <w:sz w:val="17"/>
              </w:rPr>
              <w:t xml:space="preserve">    </w:t>
            </w:r>
            <w:r>
              <w:rPr>
                <w:sz w:val="17"/>
              </w:rPr>
              <w:t xml:space="preserve">☐ Yes, with support   </w:t>
            </w:r>
            <w:r w:rsidR="002F3EB4">
              <w:rPr>
                <w:sz w:val="17"/>
              </w:rPr>
              <w:t xml:space="preserve">    </w:t>
            </w:r>
            <w:r>
              <w:rPr>
                <w:sz w:val="17"/>
              </w:rPr>
              <w:t>☐ Not yet</w:t>
            </w:r>
          </w:p>
        </w:tc>
      </w:tr>
      <w:tr w:rsidR="005F025F" w14:paraId="5B528E8B" w14:textId="77777777" w:rsidTr="00A1084E">
        <w:trPr>
          <w:jc w:val="center"/>
        </w:trPr>
        <w:tc>
          <w:tcPr>
            <w:tcW w:w="2510" w:type="dxa"/>
            <w:shd w:val="clear" w:color="auto" w:fill="E9F4F3"/>
            <w:tcMar>
              <w:top w:w="90" w:type="dxa"/>
              <w:left w:w="100" w:type="dxa"/>
              <w:bottom w:w="90" w:type="dxa"/>
              <w:right w:w="100" w:type="dxa"/>
            </w:tcMar>
          </w:tcPr>
          <w:p w14:paraId="4A7592D7" w14:textId="77777777" w:rsidR="005F025F" w:rsidRDefault="00000000">
            <w:r>
              <w:rPr>
                <w:b/>
                <w:color w:val="0E4369"/>
                <w:sz w:val="17"/>
              </w:rPr>
              <w:t>Manager / mentor</w:t>
            </w:r>
          </w:p>
        </w:tc>
        <w:tc>
          <w:tcPr>
            <w:tcW w:w="7724" w:type="dxa"/>
            <w:tcMar>
              <w:top w:w="90" w:type="dxa"/>
              <w:left w:w="100" w:type="dxa"/>
              <w:bottom w:w="90" w:type="dxa"/>
              <w:right w:w="100" w:type="dxa"/>
            </w:tcMar>
          </w:tcPr>
          <w:p w14:paraId="1B8F162D" w14:textId="77777777" w:rsidR="005F025F" w:rsidRDefault="00000000">
            <w:r>
              <w:rPr>
                <w:sz w:val="17"/>
              </w:rPr>
              <w:t>____________________________  Date: ____________</w:t>
            </w:r>
          </w:p>
        </w:tc>
      </w:tr>
      <w:tr w:rsidR="005F025F" w14:paraId="5D47B5DB" w14:textId="77777777" w:rsidTr="00A1084E">
        <w:trPr>
          <w:jc w:val="center"/>
        </w:trPr>
        <w:tc>
          <w:tcPr>
            <w:tcW w:w="2510" w:type="dxa"/>
            <w:shd w:val="clear" w:color="auto" w:fill="E9F4F3"/>
            <w:tcMar>
              <w:top w:w="90" w:type="dxa"/>
              <w:left w:w="100" w:type="dxa"/>
              <w:bottom w:w="90" w:type="dxa"/>
              <w:right w:w="100" w:type="dxa"/>
            </w:tcMar>
          </w:tcPr>
          <w:p w14:paraId="09334E4E" w14:textId="77777777" w:rsidR="005F025F" w:rsidRDefault="00000000">
            <w:r>
              <w:rPr>
                <w:b/>
                <w:color w:val="0E4369"/>
                <w:sz w:val="17"/>
              </w:rPr>
              <w:t>Supervisor</w:t>
            </w:r>
          </w:p>
        </w:tc>
        <w:tc>
          <w:tcPr>
            <w:tcW w:w="7724" w:type="dxa"/>
            <w:tcMar>
              <w:top w:w="90" w:type="dxa"/>
              <w:left w:w="100" w:type="dxa"/>
              <w:bottom w:w="90" w:type="dxa"/>
              <w:right w:w="100" w:type="dxa"/>
            </w:tcMar>
          </w:tcPr>
          <w:p w14:paraId="104FB7B8" w14:textId="77777777" w:rsidR="005F025F" w:rsidRDefault="00000000">
            <w:r>
              <w:rPr>
                <w:sz w:val="17"/>
              </w:rPr>
              <w:t>__________________________________  Date: ____________</w:t>
            </w:r>
          </w:p>
        </w:tc>
      </w:tr>
    </w:tbl>
    <w:p w14:paraId="23186C40" w14:textId="77777777" w:rsidR="005F025F" w:rsidRDefault="00000000">
      <w:r>
        <w:br w:type="page"/>
      </w:r>
    </w:p>
    <w:p w14:paraId="7AFD96FB" w14:textId="77777777" w:rsidR="005F025F" w:rsidRDefault="00000000">
      <w:pPr>
        <w:pStyle w:val="Heading1"/>
      </w:pPr>
      <w:r>
        <w:t>Week 4: Independent Supervision &amp; Assessment</w:t>
      </w:r>
    </w:p>
    <w:p w14:paraId="58F4ACAA" w14:textId="77777777" w:rsidR="00A1084E" w:rsidRDefault="00A1084E"/>
    <w:p w14:paraId="6D96232D" w14:textId="5761AB47" w:rsidR="005F025F" w:rsidRDefault="00000000">
      <w:r>
        <w:t>Bring the learning together by supervising routine work with reduced support and completing a final assessment.</w:t>
      </w:r>
    </w:p>
    <w:p w14:paraId="7B41A6AB" w14:textId="77777777" w:rsidR="00A1084E" w:rsidRDefault="00A1084E"/>
    <w:tbl>
      <w:tblPr>
        <w:tblStyle w:val="TableGrid"/>
        <w:tblW w:w="0" w:type="auto"/>
        <w:jc w:val="center"/>
        <w:tblLook w:val="04A0" w:firstRow="1" w:lastRow="0" w:firstColumn="1" w:lastColumn="0" w:noHBand="0" w:noVBand="1"/>
      </w:tblPr>
      <w:tblGrid>
        <w:gridCol w:w="1384"/>
        <w:gridCol w:w="4678"/>
        <w:gridCol w:w="4188"/>
      </w:tblGrid>
      <w:tr w:rsidR="005F025F" w14:paraId="05AFB7FF" w14:textId="77777777" w:rsidTr="00A1084E">
        <w:trPr>
          <w:jc w:val="center"/>
        </w:trPr>
        <w:tc>
          <w:tcPr>
            <w:tcW w:w="1384" w:type="dxa"/>
            <w:shd w:val="clear" w:color="auto" w:fill="0E4369"/>
          </w:tcPr>
          <w:p w14:paraId="33D06943" w14:textId="77777777" w:rsidR="005F025F" w:rsidRDefault="00000000">
            <w:r>
              <w:rPr>
                <w:b/>
                <w:color w:val="FFFFFF"/>
                <w:sz w:val="17"/>
              </w:rPr>
              <w:t>Day / Stage</w:t>
            </w:r>
          </w:p>
        </w:tc>
        <w:tc>
          <w:tcPr>
            <w:tcW w:w="4678" w:type="dxa"/>
            <w:shd w:val="clear" w:color="auto" w:fill="0E4369"/>
          </w:tcPr>
          <w:p w14:paraId="5D63092D" w14:textId="77777777" w:rsidR="005F025F" w:rsidRDefault="00000000">
            <w:r>
              <w:rPr>
                <w:b/>
                <w:color w:val="FFFFFF"/>
                <w:sz w:val="17"/>
              </w:rPr>
              <w:t>Training &amp; Activity</w:t>
            </w:r>
          </w:p>
        </w:tc>
        <w:tc>
          <w:tcPr>
            <w:tcW w:w="4188" w:type="dxa"/>
            <w:shd w:val="clear" w:color="auto" w:fill="0E4369"/>
          </w:tcPr>
          <w:p w14:paraId="3B63FB62" w14:textId="77777777" w:rsidR="005F025F" w:rsidRDefault="00000000">
            <w:r>
              <w:rPr>
                <w:b/>
                <w:color w:val="FFFFFF"/>
                <w:sz w:val="17"/>
              </w:rPr>
              <w:t>Manager / Mentor Notes</w:t>
            </w:r>
          </w:p>
        </w:tc>
      </w:tr>
      <w:tr w:rsidR="005F025F" w14:paraId="049508FC" w14:textId="77777777" w:rsidTr="00A1084E">
        <w:trPr>
          <w:jc w:val="center"/>
        </w:trPr>
        <w:tc>
          <w:tcPr>
            <w:tcW w:w="1384" w:type="dxa"/>
            <w:tcMar>
              <w:top w:w="70" w:type="dxa"/>
              <w:left w:w="80" w:type="dxa"/>
              <w:bottom w:w="70" w:type="dxa"/>
              <w:right w:w="80" w:type="dxa"/>
            </w:tcMar>
          </w:tcPr>
          <w:p w14:paraId="41325980" w14:textId="77777777" w:rsidR="005F025F" w:rsidRDefault="00000000">
            <w:r>
              <w:rPr>
                <w:sz w:val="17"/>
              </w:rPr>
              <w:t>Days 1-3</w:t>
            </w:r>
          </w:p>
        </w:tc>
        <w:tc>
          <w:tcPr>
            <w:tcW w:w="4678" w:type="dxa"/>
            <w:tcMar>
              <w:top w:w="70" w:type="dxa"/>
              <w:left w:w="80" w:type="dxa"/>
              <w:bottom w:w="70" w:type="dxa"/>
              <w:right w:w="80" w:type="dxa"/>
            </w:tcMar>
          </w:tcPr>
          <w:p w14:paraId="43A04F41" w14:textId="77777777" w:rsidR="005F025F" w:rsidRDefault="00000000">
            <w:pPr>
              <w:pStyle w:val="ListBullet"/>
            </w:pPr>
            <w:r>
              <w:rPr>
                <w:sz w:val="17"/>
              </w:rPr>
              <w:t>Independently supervise cleaning shifts</w:t>
            </w:r>
          </w:p>
          <w:p w14:paraId="780D3C96" w14:textId="77777777" w:rsidR="005F025F" w:rsidRDefault="00000000">
            <w:pPr>
              <w:pStyle w:val="ListBullet"/>
            </w:pPr>
            <w:r>
              <w:rPr>
                <w:sz w:val="17"/>
              </w:rPr>
              <w:t>Allocate tasks and brief the team</w:t>
            </w:r>
          </w:p>
          <w:p w14:paraId="2EDA4DBD" w14:textId="77777777" w:rsidR="005F025F" w:rsidRDefault="00000000">
            <w:pPr>
              <w:pStyle w:val="ListBullet"/>
            </w:pPr>
            <w:r>
              <w:rPr>
                <w:sz w:val="17"/>
              </w:rPr>
              <w:t>Complete quality checks</w:t>
            </w:r>
          </w:p>
          <w:p w14:paraId="07E52042" w14:textId="77777777" w:rsidR="005F025F" w:rsidRDefault="00000000">
            <w:pPr>
              <w:pStyle w:val="ListBullet"/>
            </w:pPr>
            <w:r>
              <w:rPr>
                <w:sz w:val="17"/>
              </w:rPr>
              <w:t>Handle minor client issues</w:t>
            </w:r>
          </w:p>
          <w:p w14:paraId="7C133A39" w14:textId="77777777" w:rsidR="005F025F" w:rsidRDefault="00000000">
            <w:pPr>
              <w:pStyle w:val="ListBullet"/>
            </w:pPr>
            <w:r>
              <w:rPr>
                <w:sz w:val="17"/>
              </w:rPr>
              <w:t>Submit agreed daily / shift reports</w:t>
            </w:r>
          </w:p>
        </w:tc>
        <w:tc>
          <w:tcPr>
            <w:tcW w:w="4188" w:type="dxa"/>
            <w:tcMar>
              <w:top w:w="70" w:type="dxa"/>
              <w:left w:w="80" w:type="dxa"/>
              <w:bottom w:w="70" w:type="dxa"/>
              <w:right w:w="80" w:type="dxa"/>
            </w:tcMar>
          </w:tcPr>
          <w:p w14:paraId="08AD8A08" w14:textId="77777777" w:rsidR="005F025F" w:rsidRDefault="00000000">
            <w:r>
              <w:rPr>
                <w:sz w:val="17"/>
              </w:rPr>
              <w:br/>
            </w:r>
            <w:r>
              <w:rPr>
                <w:sz w:val="17"/>
              </w:rPr>
              <w:br/>
            </w:r>
          </w:p>
        </w:tc>
      </w:tr>
      <w:tr w:rsidR="005F025F" w14:paraId="00C35B00" w14:textId="77777777" w:rsidTr="00A1084E">
        <w:trPr>
          <w:jc w:val="center"/>
        </w:trPr>
        <w:tc>
          <w:tcPr>
            <w:tcW w:w="1384" w:type="dxa"/>
            <w:tcMar>
              <w:top w:w="70" w:type="dxa"/>
              <w:left w:w="80" w:type="dxa"/>
              <w:bottom w:w="70" w:type="dxa"/>
              <w:right w:w="80" w:type="dxa"/>
            </w:tcMar>
          </w:tcPr>
          <w:p w14:paraId="6486683D" w14:textId="77777777" w:rsidR="005F025F" w:rsidRDefault="00000000">
            <w:r>
              <w:rPr>
                <w:sz w:val="17"/>
              </w:rPr>
              <w:t>Day 4</w:t>
            </w:r>
          </w:p>
        </w:tc>
        <w:tc>
          <w:tcPr>
            <w:tcW w:w="4678" w:type="dxa"/>
            <w:tcMar>
              <w:top w:w="70" w:type="dxa"/>
              <w:left w:w="80" w:type="dxa"/>
              <w:bottom w:w="70" w:type="dxa"/>
              <w:right w:w="80" w:type="dxa"/>
            </w:tcMar>
          </w:tcPr>
          <w:p w14:paraId="1359CAF3" w14:textId="77777777" w:rsidR="005F025F" w:rsidRDefault="00000000">
            <w:pPr>
              <w:pStyle w:val="ListBullet"/>
            </w:pPr>
            <w:r>
              <w:rPr>
                <w:sz w:val="17"/>
              </w:rPr>
              <w:t>Formal feedback session</w:t>
            </w:r>
          </w:p>
          <w:p w14:paraId="76CB7722" w14:textId="77777777" w:rsidR="005F025F" w:rsidRDefault="00000000">
            <w:pPr>
              <w:pStyle w:val="ListBullet"/>
            </w:pPr>
            <w:r>
              <w:rPr>
                <w:sz w:val="17"/>
              </w:rPr>
              <w:t>Review strengths and development areas</w:t>
            </w:r>
          </w:p>
          <w:p w14:paraId="76A64FA8" w14:textId="77777777" w:rsidR="005F025F" w:rsidRDefault="00000000">
            <w:pPr>
              <w:pStyle w:val="ListBullet"/>
            </w:pPr>
            <w:r>
              <w:rPr>
                <w:sz w:val="17"/>
              </w:rPr>
              <w:t>Agree objectives for the next three months</w:t>
            </w:r>
          </w:p>
        </w:tc>
        <w:tc>
          <w:tcPr>
            <w:tcW w:w="4188" w:type="dxa"/>
            <w:tcMar>
              <w:top w:w="70" w:type="dxa"/>
              <w:left w:w="80" w:type="dxa"/>
              <w:bottom w:w="70" w:type="dxa"/>
              <w:right w:w="80" w:type="dxa"/>
            </w:tcMar>
          </w:tcPr>
          <w:p w14:paraId="654AC70E" w14:textId="77777777" w:rsidR="005F025F" w:rsidRDefault="00000000">
            <w:r>
              <w:rPr>
                <w:sz w:val="17"/>
              </w:rPr>
              <w:br/>
            </w:r>
            <w:r>
              <w:rPr>
                <w:sz w:val="17"/>
              </w:rPr>
              <w:br/>
            </w:r>
          </w:p>
        </w:tc>
      </w:tr>
      <w:tr w:rsidR="005F025F" w14:paraId="4F733278" w14:textId="77777777" w:rsidTr="00A1084E">
        <w:trPr>
          <w:jc w:val="center"/>
        </w:trPr>
        <w:tc>
          <w:tcPr>
            <w:tcW w:w="1384" w:type="dxa"/>
            <w:tcMar>
              <w:top w:w="70" w:type="dxa"/>
              <w:left w:w="80" w:type="dxa"/>
              <w:bottom w:w="70" w:type="dxa"/>
              <w:right w:w="80" w:type="dxa"/>
            </w:tcMar>
          </w:tcPr>
          <w:p w14:paraId="6186CC97" w14:textId="77777777" w:rsidR="005F025F" w:rsidRDefault="00000000">
            <w:r>
              <w:rPr>
                <w:sz w:val="17"/>
              </w:rPr>
              <w:t>Day 5</w:t>
            </w:r>
          </w:p>
        </w:tc>
        <w:tc>
          <w:tcPr>
            <w:tcW w:w="4678" w:type="dxa"/>
            <w:tcMar>
              <w:top w:w="70" w:type="dxa"/>
              <w:left w:w="80" w:type="dxa"/>
              <w:bottom w:w="70" w:type="dxa"/>
              <w:right w:w="80" w:type="dxa"/>
            </w:tcMar>
          </w:tcPr>
          <w:p w14:paraId="0B63A28A" w14:textId="77777777" w:rsidR="005F025F" w:rsidRDefault="00000000">
            <w:pPr>
              <w:pStyle w:val="ListBullet"/>
            </w:pPr>
            <w:r>
              <w:rPr>
                <w:sz w:val="17"/>
              </w:rPr>
              <w:t>Final practical observation</w:t>
            </w:r>
          </w:p>
          <w:p w14:paraId="085F335F" w14:textId="77777777" w:rsidR="005F025F" w:rsidRDefault="00000000">
            <w:pPr>
              <w:pStyle w:val="ListBullet"/>
            </w:pPr>
            <w:r>
              <w:rPr>
                <w:sz w:val="17"/>
              </w:rPr>
              <w:t>Short knowledge review / quiz</w:t>
            </w:r>
          </w:p>
          <w:p w14:paraId="47426F92" w14:textId="77777777" w:rsidR="005F025F" w:rsidRDefault="00000000">
            <w:pPr>
              <w:pStyle w:val="ListBullet"/>
            </w:pPr>
            <w:r>
              <w:rPr>
                <w:sz w:val="17"/>
              </w:rPr>
              <w:t>Final sign-off or agree additional training</w:t>
            </w:r>
          </w:p>
          <w:p w14:paraId="5ABF0662" w14:textId="77777777" w:rsidR="005F025F" w:rsidRDefault="00000000">
            <w:pPr>
              <w:pStyle w:val="ListBullet"/>
            </w:pPr>
            <w:r>
              <w:rPr>
                <w:sz w:val="17"/>
              </w:rPr>
              <w:t>Recognise completion of the induction programme</w:t>
            </w:r>
          </w:p>
        </w:tc>
        <w:tc>
          <w:tcPr>
            <w:tcW w:w="4188" w:type="dxa"/>
            <w:tcMar>
              <w:top w:w="70" w:type="dxa"/>
              <w:left w:w="80" w:type="dxa"/>
              <w:bottom w:w="70" w:type="dxa"/>
              <w:right w:w="80" w:type="dxa"/>
            </w:tcMar>
          </w:tcPr>
          <w:p w14:paraId="6D64CF57" w14:textId="77777777" w:rsidR="005F025F" w:rsidRDefault="00000000">
            <w:r>
              <w:rPr>
                <w:sz w:val="17"/>
              </w:rPr>
              <w:br/>
            </w:r>
            <w:r>
              <w:rPr>
                <w:sz w:val="17"/>
              </w:rPr>
              <w:br/>
            </w:r>
          </w:p>
        </w:tc>
      </w:tr>
    </w:tbl>
    <w:p w14:paraId="1163F4CC" w14:textId="09DFA21A" w:rsidR="005F025F" w:rsidRDefault="00A1084E">
      <w:pPr>
        <w:pStyle w:val="Heading2"/>
      </w:pPr>
      <w:r>
        <w:br/>
      </w:r>
      <w:r w:rsidR="00000000">
        <w:t>Week outcome</w:t>
      </w:r>
    </w:p>
    <w:p w14:paraId="42B2E95C" w14:textId="635A850D" w:rsidR="005F025F" w:rsidRDefault="00A1084E">
      <w:r>
        <w:br/>
      </w:r>
      <w:r w:rsidR="00000000">
        <w:t>Ready to supervise routine cleaning operations independently, with ongoing management support and clear escalation routes.</w:t>
      </w:r>
    </w:p>
    <w:p w14:paraId="64AF518D" w14:textId="37551DB6" w:rsidR="005F025F" w:rsidRDefault="00A1084E">
      <w:pPr>
        <w:pStyle w:val="Heading2"/>
      </w:pPr>
      <w:r>
        <w:br/>
      </w:r>
      <w:r w:rsidR="00000000">
        <w:t>End-of-week sign-off</w:t>
      </w:r>
      <w:r>
        <w:br/>
      </w:r>
    </w:p>
    <w:tbl>
      <w:tblPr>
        <w:tblStyle w:val="TableGrid"/>
        <w:tblW w:w="0" w:type="auto"/>
        <w:jc w:val="center"/>
        <w:tblLook w:val="04A0" w:firstRow="1" w:lastRow="0" w:firstColumn="1" w:lastColumn="0" w:noHBand="0" w:noVBand="1"/>
      </w:tblPr>
      <w:tblGrid>
        <w:gridCol w:w="2652"/>
        <w:gridCol w:w="7582"/>
      </w:tblGrid>
      <w:tr w:rsidR="005F025F" w14:paraId="0A3DD60E" w14:textId="77777777" w:rsidTr="00A1084E">
        <w:trPr>
          <w:jc w:val="center"/>
        </w:trPr>
        <w:tc>
          <w:tcPr>
            <w:tcW w:w="2652" w:type="dxa"/>
            <w:shd w:val="clear" w:color="auto" w:fill="E9F4F3"/>
            <w:tcMar>
              <w:top w:w="90" w:type="dxa"/>
              <w:left w:w="100" w:type="dxa"/>
              <w:bottom w:w="90" w:type="dxa"/>
              <w:right w:w="100" w:type="dxa"/>
            </w:tcMar>
          </w:tcPr>
          <w:p w14:paraId="34D873FA" w14:textId="77777777" w:rsidR="005F025F" w:rsidRDefault="00000000">
            <w:r>
              <w:rPr>
                <w:b/>
                <w:color w:val="0E4369"/>
                <w:sz w:val="17"/>
              </w:rPr>
              <w:t>What went well</w:t>
            </w:r>
          </w:p>
        </w:tc>
        <w:tc>
          <w:tcPr>
            <w:tcW w:w="7582" w:type="dxa"/>
            <w:tcMar>
              <w:top w:w="90" w:type="dxa"/>
              <w:left w:w="100" w:type="dxa"/>
              <w:bottom w:w="90" w:type="dxa"/>
              <w:right w:w="100" w:type="dxa"/>
            </w:tcMar>
          </w:tcPr>
          <w:p w14:paraId="6EE60AEB" w14:textId="77777777" w:rsidR="005F025F" w:rsidRDefault="00000000">
            <w:r>
              <w:rPr>
                <w:sz w:val="17"/>
              </w:rPr>
              <w:t>____________________________________________________________</w:t>
            </w:r>
          </w:p>
        </w:tc>
      </w:tr>
      <w:tr w:rsidR="005F025F" w14:paraId="788399F0" w14:textId="77777777" w:rsidTr="00A1084E">
        <w:trPr>
          <w:jc w:val="center"/>
        </w:trPr>
        <w:tc>
          <w:tcPr>
            <w:tcW w:w="2652" w:type="dxa"/>
            <w:shd w:val="clear" w:color="auto" w:fill="E9F4F3"/>
            <w:tcMar>
              <w:top w:w="90" w:type="dxa"/>
              <w:left w:w="100" w:type="dxa"/>
              <w:bottom w:w="90" w:type="dxa"/>
              <w:right w:w="100" w:type="dxa"/>
            </w:tcMar>
          </w:tcPr>
          <w:p w14:paraId="01499428" w14:textId="77777777" w:rsidR="005F025F" w:rsidRDefault="00000000">
            <w:r>
              <w:rPr>
                <w:b/>
                <w:color w:val="0E4369"/>
                <w:sz w:val="17"/>
              </w:rPr>
              <w:t>Further support needed</w:t>
            </w:r>
          </w:p>
        </w:tc>
        <w:tc>
          <w:tcPr>
            <w:tcW w:w="7582" w:type="dxa"/>
            <w:tcMar>
              <w:top w:w="90" w:type="dxa"/>
              <w:left w:w="100" w:type="dxa"/>
              <w:bottom w:w="90" w:type="dxa"/>
              <w:right w:w="100" w:type="dxa"/>
            </w:tcMar>
          </w:tcPr>
          <w:p w14:paraId="7EC5776D" w14:textId="77777777" w:rsidR="005F025F" w:rsidRDefault="00000000">
            <w:r>
              <w:rPr>
                <w:sz w:val="17"/>
              </w:rPr>
              <w:t>____________________________________________________________</w:t>
            </w:r>
          </w:p>
        </w:tc>
      </w:tr>
      <w:tr w:rsidR="005F025F" w14:paraId="45D96D57" w14:textId="77777777" w:rsidTr="00A1084E">
        <w:trPr>
          <w:jc w:val="center"/>
        </w:trPr>
        <w:tc>
          <w:tcPr>
            <w:tcW w:w="2652" w:type="dxa"/>
            <w:shd w:val="clear" w:color="auto" w:fill="E9F4F3"/>
            <w:tcMar>
              <w:top w:w="90" w:type="dxa"/>
              <w:left w:w="100" w:type="dxa"/>
              <w:bottom w:w="90" w:type="dxa"/>
              <w:right w:w="100" w:type="dxa"/>
            </w:tcMar>
          </w:tcPr>
          <w:p w14:paraId="6BB595FA" w14:textId="77777777" w:rsidR="005F025F" w:rsidRDefault="00000000">
            <w:r>
              <w:rPr>
                <w:b/>
                <w:color w:val="0E4369"/>
                <w:sz w:val="17"/>
              </w:rPr>
              <w:t>Ready to progress?</w:t>
            </w:r>
          </w:p>
        </w:tc>
        <w:tc>
          <w:tcPr>
            <w:tcW w:w="7582" w:type="dxa"/>
            <w:tcMar>
              <w:top w:w="90" w:type="dxa"/>
              <w:left w:w="100" w:type="dxa"/>
              <w:bottom w:w="90" w:type="dxa"/>
              <w:right w:w="100" w:type="dxa"/>
            </w:tcMar>
          </w:tcPr>
          <w:p w14:paraId="30479986" w14:textId="667E8EC3" w:rsidR="005F025F" w:rsidRDefault="00000000">
            <w:r>
              <w:rPr>
                <w:sz w:val="17"/>
              </w:rPr>
              <w:t xml:space="preserve">☐ Yes  </w:t>
            </w:r>
            <w:r w:rsidR="002F3EB4">
              <w:rPr>
                <w:sz w:val="17"/>
              </w:rPr>
              <w:t xml:space="preserve">    </w:t>
            </w:r>
            <w:r>
              <w:rPr>
                <w:sz w:val="17"/>
              </w:rPr>
              <w:t xml:space="preserve"> ☐ Yes, with support   </w:t>
            </w:r>
            <w:r w:rsidR="002F3EB4">
              <w:rPr>
                <w:sz w:val="17"/>
              </w:rPr>
              <w:t xml:space="preserve">    </w:t>
            </w:r>
            <w:r>
              <w:rPr>
                <w:sz w:val="17"/>
              </w:rPr>
              <w:t>☐ Not yet</w:t>
            </w:r>
          </w:p>
        </w:tc>
      </w:tr>
      <w:tr w:rsidR="005F025F" w14:paraId="748EF92D" w14:textId="77777777" w:rsidTr="00A1084E">
        <w:trPr>
          <w:jc w:val="center"/>
        </w:trPr>
        <w:tc>
          <w:tcPr>
            <w:tcW w:w="2652" w:type="dxa"/>
            <w:shd w:val="clear" w:color="auto" w:fill="E9F4F3"/>
            <w:tcMar>
              <w:top w:w="90" w:type="dxa"/>
              <w:left w:w="100" w:type="dxa"/>
              <w:bottom w:w="90" w:type="dxa"/>
              <w:right w:w="100" w:type="dxa"/>
            </w:tcMar>
          </w:tcPr>
          <w:p w14:paraId="41447D45" w14:textId="77777777" w:rsidR="005F025F" w:rsidRDefault="00000000">
            <w:r>
              <w:rPr>
                <w:b/>
                <w:color w:val="0E4369"/>
                <w:sz w:val="17"/>
              </w:rPr>
              <w:t>Manager / mentor</w:t>
            </w:r>
          </w:p>
        </w:tc>
        <w:tc>
          <w:tcPr>
            <w:tcW w:w="7582" w:type="dxa"/>
            <w:tcMar>
              <w:top w:w="90" w:type="dxa"/>
              <w:left w:w="100" w:type="dxa"/>
              <w:bottom w:w="90" w:type="dxa"/>
              <w:right w:w="100" w:type="dxa"/>
            </w:tcMar>
          </w:tcPr>
          <w:p w14:paraId="7B8691A9" w14:textId="77777777" w:rsidR="005F025F" w:rsidRDefault="00000000">
            <w:r>
              <w:rPr>
                <w:sz w:val="17"/>
              </w:rPr>
              <w:t>____________________________  Date: ____________</w:t>
            </w:r>
          </w:p>
        </w:tc>
      </w:tr>
      <w:tr w:rsidR="005F025F" w14:paraId="390AA263" w14:textId="77777777" w:rsidTr="00A1084E">
        <w:trPr>
          <w:jc w:val="center"/>
        </w:trPr>
        <w:tc>
          <w:tcPr>
            <w:tcW w:w="2652" w:type="dxa"/>
            <w:shd w:val="clear" w:color="auto" w:fill="E9F4F3"/>
            <w:tcMar>
              <w:top w:w="90" w:type="dxa"/>
              <w:left w:w="100" w:type="dxa"/>
              <w:bottom w:w="90" w:type="dxa"/>
              <w:right w:w="100" w:type="dxa"/>
            </w:tcMar>
          </w:tcPr>
          <w:p w14:paraId="2BFA2C0F" w14:textId="77777777" w:rsidR="005F025F" w:rsidRDefault="00000000">
            <w:r>
              <w:rPr>
                <w:b/>
                <w:color w:val="0E4369"/>
                <w:sz w:val="17"/>
              </w:rPr>
              <w:t>Supervisor</w:t>
            </w:r>
          </w:p>
        </w:tc>
        <w:tc>
          <w:tcPr>
            <w:tcW w:w="7582" w:type="dxa"/>
            <w:tcMar>
              <w:top w:w="90" w:type="dxa"/>
              <w:left w:w="100" w:type="dxa"/>
              <w:bottom w:w="90" w:type="dxa"/>
              <w:right w:w="100" w:type="dxa"/>
            </w:tcMar>
          </w:tcPr>
          <w:p w14:paraId="377906E7" w14:textId="77777777" w:rsidR="005F025F" w:rsidRDefault="00000000">
            <w:r>
              <w:rPr>
                <w:sz w:val="17"/>
              </w:rPr>
              <w:t>__________________________________  Date: ____________</w:t>
            </w:r>
          </w:p>
        </w:tc>
      </w:tr>
    </w:tbl>
    <w:p w14:paraId="68047AF7" w14:textId="77777777" w:rsidR="005F025F" w:rsidRDefault="00000000">
      <w:r>
        <w:br w:type="page"/>
      </w:r>
    </w:p>
    <w:p w14:paraId="0EEE4F1E" w14:textId="77777777" w:rsidR="005F025F" w:rsidRDefault="00000000">
      <w:pPr>
        <w:pStyle w:val="Heading1"/>
      </w:pPr>
      <w:r>
        <w:t>Final Supervisor Assessment</w:t>
      </w:r>
    </w:p>
    <w:p w14:paraId="4AC16612" w14:textId="77777777" w:rsidR="00A1084E" w:rsidRPr="00A1084E" w:rsidRDefault="00A1084E" w:rsidP="00A1084E"/>
    <w:p w14:paraId="675DEF43" w14:textId="77777777" w:rsidR="005F025F" w:rsidRDefault="00000000">
      <w:r>
        <w:t>Use this assessment at the end of week 4. Rate each area based on observed performance, not simply whether training has been delivered.</w:t>
      </w:r>
    </w:p>
    <w:p w14:paraId="530968E6" w14:textId="77777777" w:rsidR="00A1084E" w:rsidRDefault="00A1084E"/>
    <w:tbl>
      <w:tblPr>
        <w:tblStyle w:val="TableGrid"/>
        <w:tblW w:w="0" w:type="auto"/>
        <w:tblLook w:val="04A0" w:firstRow="1" w:lastRow="0" w:firstColumn="1" w:lastColumn="0" w:noHBand="0" w:noVBand="1"/>
      </w:tblPr>
      <w:tblGrid>
        <w:gridCol w:w="2778"/>
        <w:gridCol w:w="1129"/>
        <w:gridCol w:w="1093"/>
        <w:gridCol w:w="5250"/>
      </w:tblGrid>
      <w:tr w:rsidR="005F025F" w14:paraId="1FB64E9B" w14:textId="77777777" w:rsidTr="00A1084E">
        <w:tc>
          <w:tcPr>
            <w:tcW w:w="2802" w:type="dxa"/>
            <w:shd w:val="clear" w:color="auto" w:fill="0E4369"/>
          </w:tcPr>
          <w:p w14:paraId="19B0D47A" w14:textId="77777777" w:rsidR="005F025F" w:rsidRDefault="00000000">
            <w:r>
              <w:rPr>
                <w:b/>
                <w:color w:val="FFFFFF"/>
                <w:sz w:val="17"/>
              </w:rPr>
              <w:t>Competency</w:t>
            </w:r>
          </w:p>
        </w:tc>
        <w:tc>
          <w:tcPr>
            <w:tcW w:w="1134" w:type="dxa"/>
            <w:shd w:val="clear" w:color="auto" w:fill="0E4369"/>
          </w:tcPr>
          <w:p w14:paraId="2FD41ED1" w14:textId="77777777" w:rsidR="005F025F" w:rsidRDefault="00000000" w:rsidP="00A1084E">
            <w:pPr>
              <w:jc w:val="center"/>
            </w:pPr>
            <w:r>
              <w:rPr>
                <w:b/>
                <w:color w:val="FFFFFF"/>
                <w:sz w:val="17"/>
              </w:rPr>
              <w:t>Needs support</w:t>
            </w:r>
          </w:p>
        </w:tc>
        <w:tc>
          <w:tcPr>
            <w:tcW w:w="992" w:type="dxa"/>
            <w:shd w:val="clear" w:color="auto" w:fill="0E4369"/>
          </w:tcPr>
          <w:p w14:paraId="77AF113D" w14:textId="77777777" w:rsidR="005F025F" w:rsidRDefault="00000000" w:rsidP="00A1084E">
            <w:pPr>
              <w:jc w:val="center"/>
            </w:pPr>
            <w:r>
              <w:rPr>
                <w:b/>
                <w:color w:val="FFFFFF"/>
                <w:sz w:val="17"/>
              </w:rPr>
              <w:t>Competent</w:t>
            </w:r>
          </w:p>
        </w:tc>
        <w:tc>
          <w:tcPr>
            <w:tcW w:w="5322" w:type="dxa"/>
            <w:shd w:val="clear" w:color="auto" w:fill="0E4369"/>
          </w:tcPr>
          <w:p w14:paraId="12353EC9" w14:textId="77777777" w:rsidR="005F025F" w:rsidRDefault="00000000">
            <w:r>
              <w:rPr>
                <w:b/>
                <w:color w:val="FFFFFF"/>
                <w:sz w:val="17"/>
              </w:rPr>
              <w:t>Manager notes</w:t>
            </w:r>
          </w:p>
        </w:tc>
      </w:tr>
      <w:tr w:rsidR="005F025F" w14:paraId="32C0B26E" w14:textId="77777777" w:rsidTr="00A1084E">
        <w:tc>
          <w:tcPr>
            <w:tcW w:w="2802" w:type="dxa"/>
            <w:tcMar>
              <w:top w:w="65" w:type="dxa"/>
              <w:left w:w="75" w:type="dxa"/>
              <w:bottom w:w="65" w:type="dxa"/>
              <w:right w:w="75" w:type="dxa"/>
            </w:tcMar>
          </w:tcPr>
          <w:p w14:paraId="2FF262E2" w14:textId="77777777" w:rsidR="005F025F" w:rsidRDefault="00000000">
            <w:r>
              <w:rPr>
                <w:sz w:val="17"/>
              </w:rPr>
              <w:t>Communicates clearly with team members</w:t>
            </w:r>
          </w:p>
        </w:tc>
        <w:tc>
          <w:tcPr>
            <w:tcW w:w="1134" w:type="dxa"/>
            <w:tcMar>
              <w:top w:w="65" w:type="dxa"/>
              <w:left w:w="75" w:type="dxa"/>
              <w:bottom w:w="65" w:type="dxa"/>
              <w:right w:w="75" w:type="dxa"/>
            </w:tcMar>
          </w:tcPr>
          <w:p w14:paraId="00C83206" w14:textId="77777777" w:rsidR="005F025F" w:rsidRDefault="00000000" w:rsidP="00A1084E">
            <w:pPr>
              <w:jc w:val="center"/>
            </w:pPr>
            <w:r>
              <w:rPr>
                <w:sz w:val="17"/>
              </w:rPr>
              <w:t>☐</w:t>
            </w:r>
          </w:p>
        </w:tc>
        <w:tc>
          <w:tcPr>
            <w:tcW w:w="992" w:type="dxa"/>
            <w:tcMar>
              <w:top w:w="65" w:type="dxa"/>
              <w:left w:w="75" w:type="dxa"/>
              <w:bottom w:w="65" w:type="dxa"/>
              <w:right w:w="75" w:type="dxa"/>
            </w:tcMar>
          </w:tcPr>
          <w:p w14:paraId="1B33D351" w14:textId="77777777" w:rsidR="005F025F" w:rsidRDefault="00000000" w:rsidP="00A1084E">
            <w:pPr>
              <w:jc w:val="center"/>
            </w:pPr>
            <w:r>
              <w:rPr>
                <w:sz w:val="17"/>
              </w:rPr>
              <w:t>☐</w:t>
            </w:r>
          </w:p>
        </w:tc>
        <w:tc>
          <w:tcPr>
            <w:tcW w:w="5322" w:type="dxa"/>
            <w:tcMar>
              <w:top w:w="65" w:type="dxa"/>
              <w:left w:w="75" w:type="dxa"/>
              <w:bottom w:w="65" w:type="dxa"/>
              <w:right w:w="75" w:type="dxa"/>
            </w:tcMar>
          </w:tcPr>
          <w:p w14:paraId="2E3E9AAD" w14:textId="77777777" w:rsidR="005F025F" w:rsidRDefault="005F025F"/>
        </w:tc>
      </w:tr>
      <w:tr w:rsidR="005F025F" w14:paraId="7BAECD30" w14:textId="77777777" w:rsidTr="00A1084E">
        <w:tc>
          <w:tcPr>
            <w:tcW w:w="2802" w:type="dxa"/>
            <w:tcMar>
              <w:top w:w="65" w:type="dxa"/>
              <w:left w:w="75" w:type="dxa"/>
              <w:bottom w:w="65" w:type="dxa"/>
              <w:right w:w="75" w:type="dxa"/>
            </w:tcMar>
          </w:tcPr>
          <w:p w14:paraId="258A0469" w14:textId="77777777" w:rsidR="005F025F" w:rsidRDefault="00000000">
            <w:r>
              <w:rPr>
                <w:sz w:val="17"/>
              </w:rPr>
              <w:t>Allocates work effectively</w:t>
            </w:r>
          </w:p>
        </w:tc>
        <w:tc>
          <w:tcPr>
            <w:tcW w:w="1134" w:type="dxa"/>
            <w:tcMar>
              <w:top w:w="65" w:type="dxa"/>
              <w:left w:w="75" w:type="dxa"/>
              <w:bottom w:w="65" w:type="dxa"/>
              <w:right w:w="75" w:type="dxa"/>
            </w:tcMar>
          </w:tcPr>
          <w:p w14:paraId="3AD7F531" w14:textId="77777777" w:rsidR="005F025F" w:rsidRDefault="00000000" w:rsidP="00A1084E">
            <w:pPr>
              <w:jc w:val="center"/>
            </w:pPr>
            <w:r>
              <w:rPr>
                <w:sz w:val="17"/>
              </w:rPr>
              <w:t>☐</w:t>
            </w:r>
          </w:p>
        </w:tc>
        <w:tc>
          <w:tcPr>
            <w:tcW w:w="992" w:type="dxa"/>
            <w:tcMar>
              <w:top w:w="65" w:type="dxa"/>
              <w:left w:w="75" w:type="dxa"/>
              <w:bottom w:w="65" w:type="dxa"/>
              <w:right w:w="75" w:type="dxa"/>
            </w:tcMar>
          </w:tcPr>
          <w:p w14:paraId="09E62E1C" w14:textId="77777777" w:rsidR="005F025F" w:rsidRDefault="00000000" w:rsidP="00A1084E">
            <w:pPr>
              <w:jc w:val="center"/>
            </w:pPr>
            <w:r>
              <w:rPr>
                <w:sz w:val="17"/>
              </w:rPr>
              <w:t>☐</w:t>
            </w:r>
          </w:p>
        </w:tc>
        <w:tc>
          <w:tcPr>
            <w:tcW w:w="5322" w:type="dxa"/>
            <w:tcMar>
              <w:top w:w="65" w:type="dxa"/>
              <w:left w:w="75" w:type="dxa"/>
              <w:bottom w:w="65" w:type="dxa"/>
              <w:right w:w="75" w:type="dxa"/>
            </w:tcMar>
          </w:tcPr>
          <w:p w14:paraId="5E83A71C" w14:textId="77777777" w:rsidR="005F025F" w:rsidRDefault="005F025F"/>
        </w:tc>
      </w:tr>
      <w:tr w:rsidR="005F025F" w14:paraId="7EA7FD62" w14:textId="77777777" w:rsidTr="00A1084E">
        <w:tc>
          <w:tcPr>
            <w:tcW w:w="2802" w:type="dxa"/>
            <w:tcMar>
              <w:top w:w="65" w:type="dxa"/>
              <w:left w:w="75" w:type="dxa"/>
              <w:bottom w:w="65" w:type="dxa"/>
              <w:right w:w="75" w:type="dxa"/>
            </w:tcMar>
          </w:tcPr>
          <w:p w14:paraId="7C02997A" w14:textId="77777777" w:rsidR="005F025F" w:rsidRDefault="00000000">
            <w:r>
              <w:rPr>
                <w:sz w:val="17"/>
              </w:rPr>
              <w:t>Maintains cleaning and presentation standards</w:t>
            </w:r>
          </w:p>
        </w:tc>
        <w:tc>
          <w:tcPr>
            <w:tcW w:w="1134" w:type="dxa"/>
            <w:tcMar>
              <w:top w:w="65" w:type="dxa"/>
              <w:left w:w="75" w:type="dxa"/>
              <w:bottom w:w="65" w:type="dxa"/>
              <w:right w:w="75" w:type="dxa"/>
            </w:tcMar>
          </w:tcPr>
          <w:p w14:paraId="0AC6E505" w14:textId="77777777" w:rsidR="005F025F" w:rsidRDefault="00000000" w:rsidP="00A1084E">
            <w:pPr>
              <w:jc w:val="center"/>
            </w:pPr>
            <w:r>
              <w:rPr>
                <w:sz w:val="17"/>
              </w:rPr>
              <w:t>☐</w:t>
            </w:r>
          </w:p>
        </w:tc>
        <w:tc>
          <w:tcPr>
            <w:tcW w:w="992" w:type="dxa"/>
            <w:tcMar>
              <w:top w:w="65" w:type="dxa"/>
              <w:left w:w="75" w:type="dxa"/>
              <w:bottom w:w="65" w:type="dxa"/>
              <w:right w:w="75" w:type="dxa"/>
            </w:tcMar>
          </w:tcPr>
          <w:p w14:paraId="0B4CA27F" w14:textId="77777777" w:rsidR="005F025F" w:rsidRDefault="00000000" w:rsidP="00A1084E">
            <w:pPr>
              <w:jc w:val="center"/>
            </w:pPr>
            <w:r>
              <w:rPr>
                <w:sz w:val="17"/>
              </w:rPr>
              <w:t>☐</w:t>
            </w:r>
          </w:p>
        </w:tc>
        <w:tc>
          <w:tcPr>
            <w:tcW w:w="5322" w:type="dxa"/>
            <w:tcMar>
              <w:top w:w="65" w:type="dxa"/>
              <w:left w:w="75" w:type="dxa"/>
              <w:bottom w:w="65" w:type="dxa"/>
              <w:right w:w="75" w:type="dxa"/>
            </w:tcMar>
          </w:tcPr>
          <w:p w14:paraId="1602A606" w14:textId="77777777" w:rsidR="005F025F" w:rsidRDefault="005F025F"/>
        </w:tc>
      </w:tr>
      <w:tr w:rsidR="005F025F" w14:paraId="0CF49668" w14:textId="77777777" w:rsidTr="00A1084E">
        <w:tc>
          <w:tcPr>
            <w:tcW w:w="2802" w:type="dxa"/>
            <w:tcMar>
              <w:top w:w="65" w:type="dxa"/>
              <w:left w:w="75" w:type="dxa"/>
              <w:bottom w:w="65" w:type="dxa"/>
              <w:right w:w="75" w:type="dxa"/>
            </w:tcMar>
          </w:tcPr>
          <w:p w14:paraId="0DB08434" w14:textId="77777777" w:rsidR="005F025F" w:rsidRDefault="00000000">
            <w:r>
              <w:rPr>
                <w:sz w:val="17"/>
              </w:rPr>
              <w:t>Completes quality checks accurately</w:t>
            </w:r>
          </w:p>
        </w:tc>
        <w:tc>
          <w:tcPr>
            <w:tcW w:w="1134" w:type="dxa"/>
            <w:tcMar>
              <w:top w:w="65" w:type="dxa"/>
              <w:left w:w="75" w:type="dxa"/>
              <w:bottom w:w="65" w:type="dxa"/>
              <w:right w:w="75" w:type="dxa"/>
            </w:tcMar>
          </w:tcPr>
          <w:p w14:paraId="47CC6C12" w14:textId="77777777" w:rsidR="005F025F" w:rsidRDefault="00000000" w:rsidP="00A1084E">
            <w:pPr>
              <w:jc w:val="center"/>
            </w:pPr>
            <w:r>
              <w:rPr>
                <w:sz w:val="17"/>
              </w:rPr>
              <w:t>☐</w:t>
            </w:r>
          </w:p>
        </w:tc>
        <w:tc>
          <w:tcPr>
            <w:tcW w:w="992" w:type="dxa"/>
            <w:tcMar>
              <w:top w:w="65" w:type="dxa"/>
              <w:left w:w="75" w:type="dxa"/>
              <w:bottom w:w="65" w:type="dxa"/>
              <w:right w:w="75" w:type="dxa"/>
            </w:tcMar>
          </w:tcPr>
          <w:p w14:paraId="085ADCB0" w14:textId="77777777" w:rsidR="005F025F" w:rsidRDefault="00000000" w:rsidP="00A1084E">
            <w:pPr>
              <w:jc w:val="center"/>
            </w:pPr>
            <w:r>
              <w:rPr>
                <w:sz w:val="17"/>
              </w:rPr>
              <w:t>☐</w:t>
            </w:r>
          </w:p>
        </w:tc>
        <w:tc>
          <w:tcPr>
            <w:tcW w:w="5322" w:type="dxa"/>
            <w:tcMar>
              <w:top w:w="65" w:type="dxa"/>
              <w:left w:w="75" w:type="dxa"/>
              <w:bottom w:w="65" w:type="dxa"/>
              <w:right w:w="75" w:type="dxa"/>
            </w:tcMar>
          </w:tcPr>
          <w:p w14:paraId="20D0FFDD" w14:textId="77777777" w:rsidR="005F025F" w:rsidRDefault="005F025F"/>
        </w:tc>
      </w:tr>
      <w:tr w:rsidR="005F025F" w14:paraId="3C509A86" w14:textId="77777777" w:rsidTr="00A1084E">
        <w:tc>
          <w:tcPr>
            <w:tcW w:w="2802" w:type="dxa"/>
            <w:tcMar>
              <w:top w:w="65" w:type="dxa"/>
              <w:left w:w="75" w:type="dxa"/>
              <w:bottom w:w="65" w:type="dxa"/>
              <w:right w:w="75" w:type="dxa"/>
            </w:tcMar>
          </w:tcPr>
          <w:p w14:paraId="1E3AD472" w14:textId="77777777" w:rsidR="005F025F" w:rsidRDefault="00000000">
            <w:r>
              <w:rPr>
                <w:sz w:val="17"/>
              </w:rPr>
              <w:t>Gives constructive feedback</w:t>
            </w:r>
          </w:p>
        </w:tc>
        <w:tc>
          <w:tcPr>
            <w:tcW w:w="1134" w:type="dxa"/>
            <w:tcMar>
              <w:top w:w="65" w:type="dxa"/>
              <w:left w:w="75" w:type="dxa"/>
              <w:bottom w:w="65" w:type="dxa"/>
              <w:right w:w="75" w:type="dxa"/>
            </w:tcMar>
          </w:tcPr>
          <w:p w14:paraId="51F4E9E3" w14:textId="77777777" w:rsidR="005F025F" w:rsidRDefault="00000000" w:rsidP="00A1084E">
            <w:pPr>
              <w:jc w:val="center"/>
            </w:pPr>
            <w:r>
              <w:rPr>
                <w:sz w:val="17"/>
              </w:rPr>
              <w:t>☐</w:t>
            </w:r>
          </w:p>
        </w:tc>
        <w:tc>
          <w:tcPr>
            <w:tcW w:w="992" w:type="dxa"/>
            <w:tcMar>
              <w:top w:w="65" w:type="dxa"/>
              <w:left w:w="75" w:type="dxa"/>
              <w:bottom w:w="65" w:type="dxa"/>
              <w:right w:w="75" w:type="dxa"/>
            </w:tcMar>
          </w:tcPr>
          <w:p w14:paraId="3BBD8674" w14:textId="77777777" w:rsidR="005F025F" w:rsidRDefault="00000000" w:rsidP="00A1084E">
            <w:pPr>
              <w:jc w:val="center"/>
            </w:pPr>
            <w:r>
              <w:rPr>
                <w:sz w:val="17"/>
              </w:rPr>
              <w:t>☐</w:t>
            </w:r>
          </w:p>
        </w:tc>
        <w:tc>
          <w:tcPr>
            <w:tcW w:w="5322" w:type="dxa"/>
            <w:tcMar>
              <w:top w:w="65" w:type="dxa"/>
              <w:left w:w="75" w:type="dxa"/>
              <w:bottom w:w="65" w:type="dxa"/>
              <w:right w:w="75" w:type="dxa"/>
            </w:tcMar>
          </w:tcPr>
          <w:p w14:paraId="70DBD393" w14:textId="77777777" w:rsidR="005F025F" w:rsidRDefault="005F025F"/>
        </w:tc>
      </w:tr>
      <w:tr w:rsidR="005F025F" w14:paraId="14C10EBA" w14:textId="77777777" w:rsidTr="00A1084E">
        <w:tc>
          <w:tcPr>
            <w:tcW w:w="2802" w:type="dxa"/>
            <w:tcMar>
              <w:top w:w="65" w:type="dxa"/>
              <w:left w:w="75" w:type="dxa"/>
              <w:bottom w:w="65" w:type="dxa"/>
              <w:right w:w="75" w:type="dxa"/>
            </w:tcMar>
          </w:tcPr>
          <w:p w14:paraId="7B44E4B6" w14:textId="77777777" w:rsidR="005F025F" w:rsidRDefault="00000000">
            <w:r>
              <w:rPr>
                <w:sz w:val="17"/>
              </w:rPr>
              <w:t>Handles routine client feedback professionally</w:t>
            </w:r>
          </w:p>
        </w:tc>
        <w:tc>
          <w:tcPr>
            <w:tcW w:w="1134" w:type="dxa"/>
            <w:tcMar>
              <w:top w:w="65" w:type="dxa"/>
              <w:left w:w="75" w:type="dxa"/>
              <w:bottom w:w="65" w:type="dxa"/>
              <w:right w:w="75" w:type="dxa"/>
            </w:tcMar>
          </w:tcPr>
          <w:p w14:paraId="1D0718C0" w14:textId="77777777" w:rsidR="005F025F" w:rsidRDefault="00000000" w:rsidP="00A1084E">
            <w:pPr>
              <w:jc w:val="center"/>
            </w:pPr>
            <w:r>
              <w:rPr>
                <w:sz w:val="17"/>
              </w:rPr>
              <w:t>☐</w:t>
            </w:r>
          </w:p>
        </w:tc>
        <w:tc>
          <w:tcPr>
            <w:tcW w:w="992" w:type="dxa"/>
            <w:tcMar>
              <w:top w:w="65" w:type="dxa"/>
              <w:left w:w="75" w:type="dxa"/>
              <w:bottom w:w="65" w:type="dxa"/>
              <w:right w:w="75" w:type="dxa"/>
            </w:tcMar>
          </w:tcPr>
          <w:p w14:paraId="344D3054" w14:textId="77777777" w:rsidR="005F025F" w:rsidRDefault="00000000" w:rsidP="00A1084E">
            <w:pPr>
              <w:jc w:val="center"/>
            </w:pPr>
            <w:r>
              <w:rPr>
                <w:sz w:val="17"/>
              </w:rPr>
              <w:t>☐</w:t>
            </w:r>
          </w:p>
        </w:tc>
        <w:tc>
          <w:tcPr>
            <w:tcW w:w="5322" w:type="dxa"/>
            <w:tcMar>
              <w:top w:w="65" w:type="dxa"/>
              <w:left w:w="75" w:type="dxa"/>
              <w:bottom w:w="65" w:type="dxa"/>
              <w:right w:w="75" w:type="dxa"/>
            </w:tcMar>
          </w:tcPr>
          <w:p w14:paraId="1043D14C" w14:textId="77777777" w:rsidR="005F025F" w:rsidRDefault="005F025F"/>
        </w:tc>
      </w:tr>
      <w:tr w:rsidR="005F025F" w14:paraId="58BA0216" w14:textId="77777777" w:rsidTr="00A1084E">
        <w:tc>
          <w:tcPr>
            <w:tcW w:w="2802" w:type="dxa"/>
            <w:tcMar>
              <w:top w:w="65" w:type="dxa"/>
              <w:left w:w="75" w:type="dxa"/>
              <w:bottom w:w="65" w:type="dxa"/>
              <w:right w:w="75" w:type="dxa"/>
            </w:tcMar>
          </w:tcPr>
          <w:p w14:paraId="4D5EBF4D" w14:textId="77777777" w:rsidR="005F025F" w:rsidRDefault="00000000">
            <w:r>
              <w:rPr>
                <w:sz w:val="17"/>
              </w:rPr>
              <w:t>Uses company systems / paperwork correctly</w:t>
            </w:r>
          </w:p>
        </w:tc>
        <w:tc>
          <w:tcPr>
            <w:tcW w:w="1134" w:type="dxa"/>
            <w:tcMar>
              <w:top w:w="65" w:type="dxa"/>
              <w:left w:w="75" w:type="dxa"/>
              <w:bottom w:w="65" w:type="dxa"/>
              <w:right w:w="75" w:type="dxa"/>
            </w:tcMar>
          </w:tcPr>
          <w:p w14:paraId="46DDBC9F" w14:textId="77777777" w:rsidR="005F025F" w:rsidRDefault="00000000" w:rsidP="00A1084E">
            <w:pPr>
              <w:jc w:val="center"/>
            </w:pPr>
            <w:r>
              <w:rPr>
                <w:sz w:val="17"/>
              </w:rPr>
              <w:t>☐</w:t>
            </w:r>
          </w:p>
        </w:tc>
        <w:tc>
          <w:tcPr>
            <w:tcW w:w="992" w:type="dxa"/>
            <w:tcMar>
              <w:top w:w="65" w:type="dxa"/>
              <w:left w:w="75" w:type="dxa"/>
              <w:bottom w:w="65" w:type="dxa"/>
              <w:right w:w="75" w:type="dxa"/>
            </w:tcMar>
          </w:tcPr>
          <w:p w14:paraId="4399FCD3" w14:textId="77777777" w:rsidR="005F025F" w:rsidRDefault="00000000" w:rsidP="00A1084E">
            <w:pPr>
              <w:jc w:val="center"/>
            </w:pPr>
            <w:r>
              <w:rPr>
                <w:sz w:val="17"/>
              </w:rPr>
              <w:t>☐</w:t>
            </w:r>
          </w:p>
        </w:tc>
        <w:tc>
          <w:tcPr>
            <w:tcW w:w="5322" w:type="dxa"/>
            <w:tcMar>
              <w:top w:w="65" w:type="dxa"/>
              <w:left w:w="75" w:type="dxa"/>
              <w:bottom w:w="65" w:type="dxa"/>
              <w:right w:w="75" w:type="dxa"/>
            </w:tcMar>
          </w:tcPr>
          <w:p w14:paraId="0584F50F" w14:textId="77777777" w:rsidR="005F025F" w:rsidRDefault="005F025F"/>
        </w:tc>
      </w:tr>
      <w:tr w:rsidR="005F025F" w14:paraId="58C70CA9" w14:textId="77777777" w:rsidTr="00A1084E">
        <w:tc>
          <w:tcPr>
            <w:tcW w:w="2802" w:type="dxa"/>
            <w:tcMar>
              <w:top w:w="65" w:type="dxa"/>
              <w:left w:w="75" w:type="dxa"/>
              <w:bottom w:w="65" w:type="dxa"/>
              <w:right w:w="75" w:type="dxa"/>
            </w:tcMar>
          </w:tcPr>
          <w:p w14:paraId="72EEE453" w14:textId="77777777" w:rsidR="005F025F" w:rsidRDefault="00000000">
            <w:r>
              <w:rPr>
                <w:sz w:val="17"/>
              </w:rPr>
              <w:t>Understands stock and equipment processes</w:t>
            </w:r>
          </w:p>
        </w:tc>
        <w:tc>
          <w:tcPr>
            <w:tcW w:w="1134" w:type="dxa"/>
            <w:tcMar>
              <w:top w:w="65" w:type="dxa"/>
              <w:left w:w="75" w:type="dxa"/>
              <w:bottom w:w="65" w:type="dxa"/>
              <w:right w:w="75" w:type="dxa"/>
            </w:tcMar>
          </w:tcPr>
          <w:p w14:paraId="51BA384A" w14:textId="77777777" w:rsidR="005F025F" w:rsidRDefault="00000000" w:rsidP="00A1084E">
            <w:pPr>
              <w:jc w:val="center"/>
            </w:pPr>
            <w:r>
              <w:rPr>
                <w:sz w:val="17"/>
              </w:rPr>
              <w:t>☐</w:t>
            </w:r>
          </w:p>
        </w:tc>
        <w:tc>
          <w:tcPr>
            <w:tcW w:w="992" w:type="dxa"/>
            <w:tcMar>
              <w:top w:w="65" w:type="dxa"/>
              <w:left w:w="75" w:type="dxa"/>
              <w:bottom w:w="65" w:type="dxa"/>
              <w:right w:w="75" w:type="dxa"/>
            </w:tcMar>
          </w:tcPr>
          <w:p w14:paraId="700E5DB3" w14:textId="77777777" w:rsidR="005F025F" w:rsidRDefault="00000000" w:rsidP="00A1084E">
            <w:pPr>
              <w:jc w:val="center"/>
            </w:pPr>
            <w:r>
              <w:rPr>
                <w:sz w:val="17"/>
              </w:rPr>
              <w:t>☐</w:t>
            </w:r>
          </w:p>
        </w:tc>
        <w:tc>
          <w:tcPr>
            <w:tcW w:w="5322" w:type="dxa"/>
            <w:tcMar>
              <w:top w:w="65" w:type="dxa"/>
              <w:left w:w="75" w:type="dxa"/>
              <w:bottom w:w="65" w:type="dxa"/>
              <w:right w:w="75" w:type="dxa"/>
            </w:tcMar>
          </w:tcPr>
          <w:p w14:paraId="722D8EAA" w14:textId="77777777" w:rsidR="005F025F" w:rsidRDefault="005F025F"/>
        </w:tc>
      </w:tr>
      <w:tr w:rsidR="005F025F" w14:paraId="219FBB3C" w14:textId="77777777" w:rsidTr="00A1084E">
        <w:tc>
          <w:tcPr>
            <w:tcW w:w="2802" w:type="dxa"/>
            <w:tcMar>
              <w:top w:w="65" w:type="dxa"/>
              <w:left w:w="75" w:type="dxa"/>
              <w:bottom w:w="65" w:type="dxa"/>
              <w:right w:w="75" w:type="dxa"/>
            </w:tcMar>
          </w:tcPr>
          <w:p w14:paraId="673DA7CD" w14:textId="77777777" w:rsidR="005F025F" w:rsidRDefault="00000000">
            <w:r>
              <w:rPr>
                <w:sz w:val="17"/>
              </w:rPr>
              <w:t>Follows and reinforces H&amp;S procedures</w:t>
            </w:r>
          </w:p>
        </w:tc>
        <w:tc>
          <w:tcPr>
            <w:tcW w:w="1134" w:type="dxa"/>
            <w:tcMar>
              <w:top w:w="65" w:type="dxa"/>
              <w:left w:w="75" w:type="dxa"/>
              <w:bottom w:w="65" w:type="dxa"/>
              <w:right w:w="75" w:type="dxa"/>
            </w:tcMar>
          </w:tcPr>
          <w:p w14:paraId="435B5FB4" w14:textId="77777777" w:rsidR="005F025F" w:rsidRDefault="00000000" w:rsidP="00A1084E">
            <w:pPr>
              <w:jc w:val="center"/>
            </w:pPr>
            <w:r>
              <w:rPr>
                <w:sz w:val="17"/>
              </w:rPr>
              <w:t>☐</w:t>
            </w:r>
          </w:p>
        </w:tc>
        <w:tc>
          <w:tcPr>
            <w:tcW w:w="992" w:type="dxa"/>
            <w:tcMar>
              <w:top w:w="65" w:type="dxa"/>
              <w:left w:w="75" w:type="dxa"/>
              <w:bottom w:w="65" w:type="dxa"/>
              <w:right w:w="75" w:type="dxa"/>
            </w:tcMar>
          </w:tcPr>
          <w:p w14:paraId="23735C60" w14:textId="77777777" w:rsidR="005F025F" w:rsidRDefault="00000000" w:rsidP="00A1084E">
            <w:pPr>
              <w:jc w:val="center"/>
            </w:pPr>
            <w:r>
              <w:rPr>
                <w:sz w:val="17"/>
              </w:rPr>
              <w:t>☐</w:t>
            </w:r>
          </w:p>
        </w:tc>
        <w:tc>
          <w:tcPr>
            <w:tcW w:w="5322" w:type="dxa"/>
            <w:tcMar>
              <w:top w:w="65" w:type="dxa"/>
              <w:left w:w="75" w:type="dxa"/>
              <w:bottom w:w="65" w:type="dxa"/>
              <w:right w:w="75" w:type="dxa"/>
            </w:tcMar>
          </w:tcPr>
          <w:p w14:paraId="1BAB9C81" w14:textId="77777777" w:rsidR="005F025F" w:rsidRDefault="005F025F"/>
        </w:tc>
      </w:tr>
      <w:tr w:rsidR="005F025F" w14:paraId="7587D8F0" w14:textId="77777777" w:rsidTr="00A1084E">
        <w:tc>
          <w:tcPr>
            <w:tcW w:w="2802" w:type="dxa"/>
            <w:tcMar>
              <w:top w:w="65" w:type="dxa"/>
              <w:left w:w="75" w:type="dxa"/>
              <w:bottom w:w="65" w:type="dxa"/>
              <w:right w:w="75" w:type="dxa"/>
            </w:tcMar>
          </w:tcPr>
          <w:p w14:paraId="07DEB362" w14:textId="77777777" w:rsidR="005F025F" w:rsidRDefault="00000000">
            <w:r>
              <w:rPr>
                <w:sz w:val="17"/>
              </w:rPr>
              <w:t>Recognises issues that must be escalated</w:t>
            </w:r>
          </w:p>
        </w:tc>
        <w:tc>
          <w:tcPr>
            <w:tcW w:w="1134" w:type="dxa"/>
            <w:tcMar>
              <w:top w:w="65" w:type="dxa"/>
              <w:left w:w="75" w:type="dxa"/>
              <w:bottom w:w="65" w:type="dxa"/>
              <w:right w:w="75" w:type="dxa"/>
            </w:tcMar>
          </w:tcPr>
          <w:p w14:paraId="05946E21" w14:textId="77777777" w:rsidR="005F025F" w:rsidRDefault="00000000" w:rsidP="00A1084E">
            <w:pPr>
              <w:jc w:val="center"/>
            </w:pPr>
            <w:r>
              <w:rPr>
                <w:sz w:val="17"/>
              </w:rPr>
              <w:t>☐</w:t>
            </w:r>
          </w:p>
        </w:tc>
        <w:tc>
          <w:tcPr>
            <w:tcW w:w="992" w:type="dxa"/>
            <w:tcMar>
              <w:top w:w="65" w:type="dxa"/>
              <w:left w:w="75" w:type="dxa"/>
              <w:bottom w:w="65" w:type="dxa"/>
              <w:right w:w="75" w:type="dxa"/>
            </w:tcMar>
          </w:tcPr>
          <w:p w14:paraId="2A518BF5" w14:textId="77777777" w:rsidR="005F025F" w:rsidRDefault="00000000" w:rsidP="00A1084E">
            <w:pPr>
              <w:jc w:val="center"/>
            </w:pPr>
            <w:r>
              <w:rPr>
                <w:sz w:val="17"/>
              </w:rPr>
              <w:t>☐</w:t>
            </w:r>
          </w:p>
        </w:tc>
        <w:tc>
          <w:tcPr>
            <w:tcW w:w="5322" w:type="dxa"/>
            <w:tcMar>
              <w:top w:w="65" w:type="dxa"/>
              <w:left w:w="75" w:type="dxa"/>
              <w:bottom w:w="65" w:type="dxa"/>
              <w:right w:w="75" w:type="dxa"/>
            </w:tcMar>
          </w:tcPr>
          <w:p w14:paraId="1572F0AD" w14:textId="77777777" w:rsidR="005F025F" w:rsidRDefault="005F025F"/>
        </w:tc>
      </w:tr>
      <w:tr w:rsidR="005F025F" w14:paraId="0C046E0E" w14:textId="77777777" w:rsidTr="00A1084E">
        <w:tc>
          <w:tcPr>
            <w:tcW w:w="2802" w:type="dxa"/>
            <w:tcMar>
              <w:top w:w="65" w:type="dxa"/>
              <w:left w:w="75" w:type="dxa"/>
              <w:bottom w:w="65" w:type="dxa"/>
              <w:right w:w="75" w:type="dxa"/>
            </w:tcMar>
          </w:tcPr>
          <w:p w14:paraId="779A62F3" w14:textId="77777777" w:rsidR="005F025F" w:rsidRDefault="00000000">
            <w:r>
              <w:rPr>
                <w:sz w:val="17"/>
              </w:rPr>
              <w:t>Demonstrates reliability, professionalism and good judgement</w:t>
            </w:r>
          </w:p>
        </w:tc>
        <w:tc>
          <w:tcPr>
            <w:tcW w:w="1134" w:type="dxa"/>
            <w:tcMar>
              <w:top w:w="65" w:type="dxa"/>
              <w:left w:w="75" w:type="dxa"/>
              <w:bottom w:w="65" w:type="dxa"/>
              <w:right w:w="75" w:type="dxa"/>
            </w:tcMar>
          </w:tcPr>
          <w:p w14:paraId="78D2F68A" w14:textId="77777777" w:rsidR="005F025F" w:rsidRDefault="00000000" w:rsidP="00A1084E">
            <w:pPr>
              <w:jc w:val="center"/>
            </w:pPr>
            <w:r>
              <w:rPr>
                <w:sz w:val="17"/>
              </w:rPr>
              <w:t>☐</w:t>
            </w:r>
          </w:p>
        </w:tc>
        <w:tc>
          <w:tcPr>
            <w:tcW w:w="992" w:type="dxa"/>
            <w:tcMar>
              <w:top w:w="65" w:type="dxa"/>
              <w:left w:w="75" w:type="dxa"/>
              <w:bottom w:w="65" w:type="dxa"/>
              <w:right w:w="75" w:type="dxa"/>
            </w:tcMar>
          </w:tcPr>
          <w:p w14:paraId="50490C7C" w14:textId="77777777" w:rsidR="005F025F" w:rsidRDefault="00000000" w:rsidP="00A1084E">
            <w:pPr>
              <w:jc w:val="center"/>
            </w:pPr>
            <w:r>
              <w:rPr>
                <w:sz w:val="17"/>
              </w:rPr>
              <w:t>☐</w:t>
            </w:r>
          </w:p>
        </w:tc>
        <w:tc>
          <w:tcPr>
            <w:tcW w:w="5322" w:type="dxa"/>
            <w:tcMar>
              <w:top w:w="65" w:type="dxa"/>
              <w:left w:w="75" w:type="dxa"/>
              <w:bottom w:w="65" w:type="dxa"/>
              <w:right w:w="75" w:type="dxa"/>
            </w:tcMar>
          </w:tcPr>
          <w:p w14:paraId="1D70D0BC" w14:textId="77777777" w:rsidR="005F025F" w:rsidRDefault="005F025F"/>
        </w:tc>
      </w:tr>
    </w:tbl>
    <w:p w14:paraId="20FEB394" w14:textId="3C5C45DA" w:rsidR="005F025F" w:rsidRDefault="00A1084E">
      <w:pPr>
        <w:pStyle w:val="Heading2"/>
      </w:pPr>
      <w:r>
        <w:br/>
      </w:r>
      <w:r w:rsidR="00000000">
        <w:t>Overall assessment</w:t>
      </w:r>
      <w:r>
        <w:br/>
      </w:r>
    </w:p>
    <w:tbl>
      <w:tblPr>
        <w:tblStyle w:val="TableGrid"/>
        <w:tblW w:w="0" w:type="auto"/>
        <w:jc w:val="center"/>
        <w:tblLook w:val="04A0" w:firstRow="1" w:lastRow="0" w:firstColumn="1" w:lastColumn="0" w:noHBand="0" w:noVBand="1"/>
      </w:tblPr>
      <w:tblGrid>
        <w:gridCol w:w="2368"/>
        <w:gridCol w:w="7866"/>
      </w:tblGrid>
      <w:tr w:rsidR="005F025F" w14:paraId="0C38DFDD" w14:textId="77777777" w:rsidTr="002F3EB4">
        <w:trPr>
          <w:jc w:val="center"/>
        </w:trPr>
        <w:tc>
          <w:tcPr>
            <w:tcW w:w="2368" w:type="dxa"/>
            <w:shd w:val="clear" w:color="auto" w:fill="E9F4F3"/>
            <w:tcMar>
              <w:top w:w="90" w:type="dxa"/>
              <w:left w:w="100" w:type="dxa"/>
              <w:bottom w:w="90" w:type="dxa"/>
              <w:right w:w="100" w:type="dxa"/>
            </w:tcMar>
          </w:tcPr>
          <w:p w14:paraId="663BF9D9" w14:textId="77777777" w:rsidR="005F025F" w:rsidRDefault="00000000">
            <w:r>
              <w:rPr>
                <w:b/>
                <w:color w:val="0E4369"/>
                <w:sz w:val="17"/>
              </w:rPr>
              <w:t>Outcome</w:t>
            </w:r>
          </w:p>
        </w:tc>
        <w:tc>
          <w:tcPr>
            <w:tcW w:w="7866" w:type="dxa"/>
            <w:tcMar>
              <w:top w:w="90" w:type="dxa"/>
              <w:left w:w="100" w:type="dxa"/>
              <w:bottom w:w="90" w:type="dxa"/>
              <w:right w:w="100" w:type="dxa"/>
            </w:tcMar>
          </w:tcPr>
          <w:p w14:paraId="25ECE5CE" w14:textId="4D200880" w:rsidR="005F025F" w:rsidRDefault="00000000">
            <w:r>
              <w:rPr>
                <w:sz w:val="17"/>
              </w:rPr>
              <w:t xml:space="preserve">☐ Ready for independent supervision   </w:t>
            </w:r>
            <w:r w:rsidR="002F3EB4">
              <w:rPr>
                <w:sz w:val="17"/>
              </w:rPr>
              <w:t xml:space="preserve">       </w:t>
            </w:r>
            <w:r>
              <w:rPr>
                <w:sz w:val="17"/>
              </w:rPr>
              <w:t xml:space="preserve">☐ Ready with support   </w:t>
            </w:r>
            <w:r w:rsidR="002F3EB4">
              <w:rPr>
                <w:sz w:val="17"/>
              </w:rPr>
              <w:t xml:space="preserve">      </w:t>
            </w:r>
            <w:r>
              <w:rPr>
                <w:sz w:val="17"/>
              </w:rPr>
              <w:t>☐ Further training required</w:t>
            </w:r>
          </w:p>
        </w:tc>
      </w:tr>
      <w:tr w:rsidR="005F025F" w14:paraId="0F62E992" w14:textId="77777777" w:rsidTr="002F3EB4">
        <w:trPr>
          <w:jc w:val="center"/>
        </w:trPr>
        <w:tc>
          <w:tcPr>
            <w:tcW w:w="2368" w:type="dxa"/>
            <w:shd w:val="clear" w:color="auto" w:fill="E9F4F3"/>
            <w:tcMar>
              <w:top w:w="90" w:type="dxa"/>
              <w:left w:w="100" w:type="dxa"/>
              <w:bottom w:w="90" w:type="dxa"/>
              <w:right w:w="100" w:type="dxa"/>
            </w:tcMar>
          </w:tcPr>
          <w:p w14:paraId="7CF0D475" w14:textId="77777777" w:rsidR="005F025F" w:rsidRDefault="00000000">
            <w:r>
              <w:rPr>
                <w:b/>
                <w:color w:val="0E4369"/>
                <w:sz w:val="17"/>
              </w:rPr>
              <w:t>Key strengths</w:t>
            </w:r>
          </w:p>
        </w:tc>
        <w:tc>
          <w:tcPr>
            <w:tcW w:w="7866" w:type="dxa"/>
            <w:tcMar>
              <w:top w:w="90" w:type="dxa"/>
              <w:left w:w="100" w:type="dxa"/>
              <w:bottom w:w="90" w:type="dxa"/>
              <w:right w:w="100" w:type="dxa"/>
            </w:tcMar>
          </w:tcPr>
          <w:p w14:paraId="3E138F08" w14:textId="77777777" w:rsidR="005F025F" w:rsidRDefault="00000000">
            <w:r>
              <w:rPr>
                <w:sz w:val="17"/>
              </w:rPr>
              <w:t>____________________________________________________________</w:t>
            </w:r>
          </w:p>
        </w:tc>
      </w:tr>
      <w:tr w:rsidR="005F025F" w14:paraId="6919B64F" w14:textId="77777777" w:rsidTr="002F3EB4">
        <w:trPr>
          <w:jc w:val="center"/>
        </w:trPr>
        <w:tc>
          <w:tcPr>
            <w:tcW w:w="2368" w:type="dxa"/>
            <w:shd w:val="clear" w:color="auto" w:fill="E9F4F3"/>
            <w:tcMar>
              <w:top w:w="90" w:type="dxa"/>
              <w:left w:w="100" w:type="dxa"/>
              <w:bottom w:w="90" w:type="dxa"/>
              <w:right w:w="100" w:type="dxa"/>
            </w:tcMar>
          </w:tcPr>
          <w:p w14:paraId="60A73A56" w14:textId="77777777" w:rsidR="005F025F" w:rsidRDefault="00000000">
            <w:r>
              <w:rPr>
                <w:b/>
                <w:color w:val="0E4369"/>
                <w:sz w:val="17"/>
              </w:rPr>
              <w:t>Development priorities</w:t>
            </w:r>
          </w:p>
        </w:tc>
        <w:tc>
          <w:tcPr>
            <w:tcW w:w="7866" w:type="dxa"/>
            <w:tcMar>
              <w:top w:w="90" w:type="dxa"/>
              <w:left w:w="100" w:type="dxa"/>
              <w:bottom w:w="90" w:type="dxa"/>
              <w:right w:w="100" w:type="dxa"/>
            </w:tcMar>
          </w:tcPr>
          <w:p w14:paraId="0A75ED35" w14:textId="77777777" w:rsidR="005F025F" w:rsidRDefault="00000000">
            <w:r>
              <w:rPr>
                <w:sz w:val="17"/>
              </w:rPr>
              <w:t>____________________________________________________________</w:t>
            </w:r>
          </w:p>
        </w:tc>
      </w:tr>
      <w:tr w:rsidR="005F025F" w14:paraId="5E86042D" w14:textId="77777777" w:rsidTr="002F3EB4">
        <w:trPr>
          <w:jc w:val="center"/>
        </w:trPr>
        <w:tc>
          <w:tcPr>
            <w:tcW w:w="2368" w:type="dxa"/>
            <w:shd w:val="clear" w:color="auto" w:fill="E9F4F3"/>
            <w:tcMar>
              <w:top w:w="90" w:type="dxa"/>
              <w:left w:w="100" w:type="dxa"/>
              <w:bottom w:w="90" w:type="dxa"/>
              <w:right w:w="100" w:type="dxa"/>
            </w:tcMar>
          </w:tcPr>
          <w:p w14:paraId="1A73ED69" w14:textId="77777777" w:rsidR="005F025F" w:rsidRDefault="00000000">
            <w:r>
              <w:rPr>
                <w:b/>
                <w:color w:val="0E4369"/>
                <w:sz w:val="17"/>
              </w:rPr>
              <w:t>Manager / assessor</w:t>
            </w:r>
          </w:p>
        </w:tc>
        <w:tc>
          <w:tcPr>
            <w:tcW w:w="7866" w:type="dxa"/>
            <w:tcMar>
              <w:top w:w="90" w:type="dxa"/>
              <w:left w:w="100" w:type="dxa"/>
              <w:bottom w:w="90" w:type="dxa"/>
              <w:right w:w="100" w:type="dxa"/>
            </w:tcMar>
          </w:tcPr>
          <w:p w14:paraId="6C67A085" w14:textId="77777777" w:rsidR="005F025F" w:rsidRDefault="00000000">
            <w:r>
              <w:rPr>
                <w:sz w:val="17"/>
              </w:rPr>
              <w:t>____________________________  Date: ____________</w:t>
            </w:r>
          </w:p>
        </w:tc>
      </w:tr>
      <w:tr w:rsidR="005F025F" w14:paraId="44E59A1B" w14:textId="77777777" w:rsidTr="002F3EB4">
        <w:trPr>
          <w:jc w:val="center"/>
        </w:trPr>
        <w:tc>
          <w:tcPr>
            <w:tcW w:w="2368" w:type="dxa"/>
            <w:shd w:val="clear" w:color="auto" w:fill="E9F4F3"/>
            <w:tcMar>
              <w:top w:w="90" w:type="dxa"/>
              <w:left w:w="100" w:type="dxa"/>
              <w:bottom w:w="90" w:type="dxa"/>
              <w:right w:w="100" w:type="dxa"/>
            </w:tcMar>
          </w:tcPr>
          <w:p w14:paraId="565B27E9" w14:textId="77777777" w:rsidR="005F025F" w:rsidRDefault="00000000">
            <w:r>
              <w:rPr>
                <w:b/>
                <w:color w:val="0E4369"/>
                <w:sz w:val="17"/>
              </w:rPr>
              <w:t>Supervisor</w:t>
            </w:r>
          </w:p>
        </w:tc>
        <w:tc>
          <w:tcPr>
            <w:tcW w:w="7866" w:type="dxa"/>
            <w:tcMar>
              <w:top w:w="90" w:type="dxa"/>
              <w:left w:w="100" w:type="dxa"/>
              <w:bottom w:w="90" w:type="dxa"/>
              <w:right w:w="100" w:type="dxa"/>
            </w:tcMar>
          </w:tcPr>
          <w:p w14:paraId="0216EF43" w14:textId="77777777" w:rsidR="005F025F" w:rsidRDefault="00000000">
            <w:r>
              <w:rPr>
                <w:sz w:val="17"/>
              </w:rPr>
              <w:t>__________________________________  Date: ____________</w:t>
            </w:r>
          </w:p>
        </w:tc>
      </w:tr>
    </w:tbl>
    <w:p w14:paraId="3755E390" w14:textId="77777777" w:rsidR="005F025F" w:rsidRDefault="00000000">
      <w:r>
        <w:br w:type="page"/>
      </w:r>
    </w:p>
    <w:p w14:paraId="7507EF6A" w14:textId="77777777" w:rsidR="005F025F" w:rsidRDefault="00000000">
      <w:pPr>
        <w:pStyle w:val="Heading1"/>
      </w:pPr>
      <w:r>
        <w:t>Supervisor Knowledge Review</w:t>
      </w:r>
    </w:p>
    <w:p w14:paraId="4C78A91F" w14:textId="3AF08BC5" w:rsidR="005F025F" w:rsidRDefault="00A1084E">
      <w:r>
        <w:br/>
      </w:r>
      <w:r w:rsidR="00000000">
        <w:t>Use these questions as a discussion or short written quiz. Adapt them to your own policies and procedures.</w:t>
      </w:r>
    </w:p>
    <w:p w14:paraId="4BFCEE97" w14:textId="392EE90C" w:rsidR="005F025F" w:rsidRDefault="00A1084E" w:rsidP="00A1084E">
      <w:pPr>
        <w:spacing w:after="120"/>
      </w:pPr>
      <w:r>
        <w:rPr>
          <w:b/>
          <w:color w:val="0E4369"/>
        </w:rPr>
        <w:br/>
      </w:r>
      <w:r w:rsidR="00000000">
        <w:rPr>
          <w:b/>
          <w:color w:val="0E4369"/>
        </w:rPr>
        <w:t>1. What should you do if a cleaner does not arrive for a scheduled shift?</w:t>
      </w:r>
    </w:p>
    <w:p w14:paraId="4159F903" w14:textId="77777777" w:rsidR="005F025F" w:rsidRDefault="00000000" w:rsidP="00A1084E">
      <w:pPr>
        <w:spacing w:after="120"/>
      </w:pPr>
      <w:r>
        <w:t>________________________________________________________________________________</w:t>
      </w:r>
    </w:p>
    <w:p w14:paraId="33B2BFFB" w14:textId="77777777" w:rsidR="005F025F" w:rsidRDefault="00000000">
      <w:r>
        <w:t>________________________________________________________________________________</w:t>
      </w:r>
    </w:p>
    <w:p w14:paraId="6B7BDC7E" w14:textId="6BAA6AF3" w:rsidR="005F025F" w:rsidRDefault="00000000" w:rsidP="00A1084E">
      <w:pPr>
        <w:spacing w:after="120"/>
      </w:pPr>
      <w:r>
        <w:rPr>
          <w:b/>
          <w:color w:val="0E4369"/>
        </w:rPr>
        <w:t>2. What are the first steps if you identify a quality issue during a check?</w:t>
      </w:r>
    </w:p>
    <w:p w14:paraId="09C6C596" w14:textId="77777777" w:rsidR="005F025F" w:rsidRDefault="00000000" w:rsidP="00A1084E">
      <w:pPr>
        <w:spacing w:after="120"/>
      </w:pPr>
      <w:r>
        <w:t>________________________________________________________________________________</w:t>
      </w:r>
    </w:p>
    <w:p w14:paraId="2996D00E" w14:textId="77777777" w:rsidR="005F025F" w:rsidRDefault="00000000">
      <w:r>
        <w:t>________________________________________________________________________________</w:t>
      </w:r>
    </w:p>
    <w:p w14:paraId="19B86448" w14:textId="03D5DC86" w:rsidR="005F025F" w:rsidRDefault="00000000" w:rsidP="00A1084E">
      <w:pPr>
        <w:spacing w:after="120"/>
      </w:pPr>
      <w:r>
        <w:rPr>
          <w:b/>
          <w:color w:val="0E4369"/>
        </w:rPr>
        <w:t>3. When should a client complaint be escalated to management?</w:t>
      </w:r>
    </w:p>
    <w:p w14:paraId="51EBE4AA" w14:textId="77777777" w:rsidR="005F025F" w:rsidRDefault="00000000" w:rsidP="00A1084E">
      <w:pPr>
        <w:spacing w:after="120"/>
      </w:pPr>
      <w:r>
        <w:t>________________________________________________________________________________</w:t>
      </w:r>
    </w:p>
    <w:p w14:paraId="61B024AC" w14:textId="77777777" w:rsidR="005F025F" w:rsidRDefault="00000000">
      <w:r>
        <w:t>________________________________________________________________________________</w:t>
      </w:r>
    </w:p>
    <w:p w14:paraId="3D7BCF4C" w14:textId="3E79B80D" w:rsidR="005F025F" w:rsidRDefault="00000000" w:rsidP="00A1084E">
      <w:pPr>
        <w:spacing w:after="120"/>
      </w:pPr>
      <w:r>
        <w:rPr>
          <w:b/>
          <w:color w:val="0E4369"/>
        </w:rPr>
        <w:t>4. What should you do if a cleaning product is being used incorrectly?</w:t>
      </w:r>
    </w:p>
    <w:p w14:paraId="51CC7744" w14:textId="77777777" w:rsidR="005F025F" w:rsidRDefault="00000000" w:rsidP="00A1084E">
      <w:pPr>
        <w:spacing w:after="120"/>
      </w:pPr>
      <w:r>
        <w:t>________________________________________________________________________________</w:t>
      </w:r>
    </w:p>
    <w:p w14:paraId="2C0851AF" w14:textId="77777777" w:rsidR="005F025F" w:rsidRDefault="00000000">
      <w:r>
        <w:t>________________________________________________________________________________</w:t>
      </w:r>
    </w:p>
    <w:p w14:paraId="56326237" w14:textId="5E96AD7A" w:rsidR="005F025F" w:rsidRDefault="00000000" w:rsidP="00A1084E">
      <w:pPr>
        <w:spacing w:after="120"/>
      </w:pPr>
      <w:r>
        <w:rPr>
          <w:b/>
          <w:color w:val="0E4369"/>
        </w:rPr>
        <w:t>5. Where can you find the relevant COSHH information for a product?</w:t>
      </w:r>
    </w:p>
    <w:p w14:paraId="65EEC84C" w14:textId="77777777" w:rsidR="005F025F" w:rsidRDefault="00000000" w:rsidP="00A1084E">
      <w:pPr>
        <w:spacing w:after="120"/>
      </w:pPr>
      <w:r>
        <w:t>________________________________________________________________________________</w:t>
      </w:r>
    </w:p>
    <w:p w14:paraId="1486F02B" w14:textId="77777777" w:rsidR="005F025F" w:rsidRDefault="00000000">
      <w:r>
        <w:t>________________________________________________________________________________</w:t>
      </w:r>
    </w:p>
    <w:p w14:paraId="1446C189" w14:textId="558A0A98" w:rsidR="005F025F" w:rsidRDefault="00000000" w:rsidP="00A1084E">
      <w:pPr>
        <w:spacing w:after="120"/>
      </w:pPr>
      <w:r>
        <w:rPr>
          <w:b/>
          <w:color w:val="0E4369"/>
        </w:rPr>
        <w:t>6. What action should you take following an accident or near miss?</w:t>
      </w:r>
    </w:p>
    <w:p w14:paraId="797B5BD7" w14:textId="77777777" w:rsidR="005F025F" w:rsidRDefault="00000000" w:rsidP="00A1084E">
      <w:pPr>
        <w:spacing w:after="120"/>
      </w:pPr>
      <w:r>
        <w:t>________________________________________________________________________________</w:t>
      </w:r>
    </w:p>
    <w:p w14:paraId="644AB52B" w14:textId="77777777" w:rsidR="00A1084E" w:rsidRDefault="00000000">
      <w:r>
        <w:t>________________________________________________________________________________</w:t>
      </w:r>
    </w:p>
    <w:p w14:paraId="0708343F" w14:textId="4AD83A8B" w:rsidR="005F025F" w:rsidRDefault="00000000" w:rsidP="00A1084E">
      <w:pPr>
        <w:spacing w:after="120"/>
      </w:pPr>
      <w:r>
        <w:rPr>
          <w:b/>
          <w:color w:val="0E4369"/>
        </w:rPr>
        <w:t>7. What information must remain confidential when working in client homes or premises?</w:t>
      </w:r>
    </w:p>
    <w:p w14:paraId="60C8F64E" w14:textId="77777777" w:rsidR="005F025F" w:rsidRDefault="00000000" w:rsidP="00A1084E">
      <w:pPr>
        <w:spacing w:after="120"/>
      </w:pPr>
      <w:r>
        <w:t>________________________________________________________________________________</w:t>
      </w:r>
    </w:p>
    <w:p w14:paraId="189DE8A1" w14:textId="77777777" w:rsidR="005F025F" w:rsidRDefault="00000000">
      <w:r>
        <w:t>________________________________________________________________________________</w:t>
      </w:r>
    </w:p>
    <w:p w14:paraId="7CF2173D" w14:textId="77777777" w:rsidR="005F025F" w:rsidRDefault="00000000" w:rsidP="00A1084E">
      <w:pPr>
        <w:spacing w:after="120"/>
      </w:pPr>
      <w:r>
        <w:rPr>
          <w:b/>
          <w:color w:val="0E4369"/>
        </w:rPr>
        <w:t>8. What should you do if equipment is damaged or unsafe to use?</w:t>
      </w:r>
    </w:p>
    <w:p w14:paraId="6E728C8C" w14:textId="77777777" w:rsidR="005F025F" w:rsidRDefault="00000000" w:rsidP="00A1084E">
      <w:pPr>
        <w:spacing w:after="120"/>
      </w:pPr>
      <w:r>
        <w:t>________________________________________________________________________________</w:t>
      </w:r>
    </w:p>
    <w:p w14:paraId="3B86CDC5" w14:textId="77777777" w:rsidR="005F025F" w:rsidRDefault="00000000">
      <w:r>
        <w:t>________________________________________________________________________________</w:t>
      </w:r>
    </w:p>
    <w:p w14:paraId="3D90E299" w14:textId="77777777" w:rsidR="005F025F" w:rsidRDefault="00000000" w:rsidP="00A1084E">
      <w:pPr>
        <w:spacing w:after="120"/>
      </w:pPr>
      <w:r>
        <w:rPr>
          <w:b/>
          <w:color w:val="0E4369"/>
        </w:rPr>
        <w:t>9. How would you give feedback to a team member whose standards are slipping?</w:t>
      </w:r>
    </w:p>
    <w:p w14:paraId="7A51CDDD" w14:textId="77777777" w:rsidR="005F025F" w:rsidRDefault="00000000" w:rsidP="00A1084E">
      <w:pPr>
        <w:spacing w:after="120"/>
      </w:pPr>
      <w:r>
        <w:t>________________________________________________________________________________</w:t>
      </w:r>
    </w:p>
    <w:p w14:paraId="2F537FA9" w14:textId="77777777" w:rsidR="005F025F" w:rsidRDefault="00000000">
      <w:r>
        <w:t>________________________________________________________________________________</w:t>
      </w:r>
    </w:p>
    <w:p w14:paraId="31555149" w14:textId="77777777" w:rsidR="005F025F" w:rsidRDefault="00000000" w:rsidP="00A1084E">
      <w:pPr>
        <w:spacing w:after="120"/>
      </w:pPr>
      <w:r>
        <w:rPr>
          <w:b/>
          <w:color w:val="0E4369"/>
        </w:rPr>
        <w:t>10. Which decisions can you make independently and which must be referred to management?</w:t>
      </w:r>
    </w:p>
    <w:p w14:paraId="311C1DA9" w14:textId="77777777" w:rsidR="005F025F" w:rsidRDefault="00000000" w:rsidP="00A1084E">
      <w:pPr>
        <w:spacing w:after="120"/>
      </w:pPr>
      <w:r>
        <w:t>________________________________________________________________________________</w:t>
      </w:r>
    </w:p>
    <w:p w14:paraId="1EAAA274" w14:textId="77777777" w:rsidR="005F025F" w:rsidRDefault="00000000">
      <w:r>
        <w:t>________________________________________________________________________________</w:t>
      </w:r>
    </w:p>
    <w:p w14:paraId="13270F9D" w14:textId="77777777" w:rsidR="005F025F" w:rsidRDefault="00000000">
      <w:r>
        <w:br w:type="page"/>
      </w:r>
    </w:p>
    <w:p w14:paraId="5C8EBAD9" w14:textId="77777777" w:rsidR="005F025F" w:rsidRDefault="00000000">
      <w:pPr>
        <w:pStyle w:val="Heading1"/>
      </w:pPr>
      <w:r>
        <w:t>30 / 60 / 90-Day Development Plan</w:t>
      </w:r>
    </w:p>
    <w:p w14:paraId="6ABA2EF8" w14:textId="77777777" w:rsidR="00A1084E" w:rsidRPr="00A1084E" w:rsidRDefault="00A1084E" w:rsidP="00A1084E"/>
    <w:p w14:paraId="6AA2F53D" w14:textId="77777777" w:rsidR="005F025F" w:rsidRDefault="00000000">
      <w:r>
        <w:t>The end of induction is the start of development. Use this page to agree what good performance should look like over the supervisor’s first three months.</w:t>
      </w:r>
    </w:p>
    <w:p w14:paraId="7E7885E3" w14:textId="77777777" w:rsidR="00A1084E" w:rsidRDefault="00A1084E"/>
    <w:tbl>
      <w:tblPr>
        <w:tblStyle w:val="TableGrid"/>
        <w:tblW w:w="0" w:type="auto"/>
        <w:tblLook w:val="04A0" w:firstRow="1" w:lastRow="0" w:firstColumn="1" w:lastColumn="0" w:noHBand="0" w:noVBand="1"/>
      </w:tblPr>
      <w:tblGrid>
        <w:gridCol w:w="1668"/>
        <w:gridCol w:w="2693"/>
        <w:gridCol w:w="2835"/>
        <w:gridCol w:w="3054"/>
      </w:tblGrid>
      <w:tr w:rsidR="005F025F" w14:paraId="40390588" w14:textId="77777777" w:rsidTr="002F3EB4">
        <w:tc>
          <w:tcPr>
            <w:tcW w:w="1668" w:type="dxa"/>
            <w:shd w:val="clear" w:color="auto" w:fill="0E4369"/>
          </w:tcPr>
          <w:p w14:paraId="08A72045" w14:textId="77777777" w:rsidR="005F025F" w:rsidRDefault="00000000">
            <w:r>
              <w:rPr>
                <w:b/>
                <w:color w:val="FFFFFF"/>
                <w:sz w:val="17"/>
              </w:rPr>
              <w:t>Review point</w:t>
            </w:r>
          </w:p>
        </w:tc>
        <w:tc>
          <w:tcPr>
            <w:tcW w:w="2693" w:type="dxa"/>
            <w:shd w:val="clear" w:color="auto" w:fill="0E4369"/>
          </w:tcPr>
          <w:p w14:paraId="0E8DBB41" w14:textId="77777777" w:rsidR="005F025F" w:rsidRDefault="00000000">
            <w:r>
              <w:rPr>
                <w:b/>
                <w:color w:val="FFFFFF"/>
                <w:sz w:val="17"/>
              </w:rPr>
              <w:t>Priority / goal</w:t>
            </w:r>
          </w:p>
        </w:tc>
        <w:tc>
          <w:tcPr>
            <w:tcW w:w="2835" w:type="dxa"/>
            <w:shd w:val="clear" w:color="auto" w:fill="0E4369"/>
          </w:tcPr>
          <w:p w14:paraId="6E556B53" w14:textId="77777777" w:rsidR="005F025F" w:rsidRDefault="00000000">
            <w:r>
              <w:rPr>
                <w:b/>
                <w:color w:val="FFFFFF"/>
                <w:sz w:val="17"/>
              </w:rPr>
              <w:t>Measure of success</w:t>
            </w:r>
          </w:p>
        </w:tc>
        <w:tc>
          <w:tcPr>
            <w:tcW w:w="3054" w:type="dxa"/>
            <w:shd w:val="clear" w:color="auto" w:fill="0E4369"/>
          </w:tcPr>
          <w:p w14:paraId="5E0350A0" w14:textId="77777777" w:rsidR="005F025F" w:rsidRDefault="00000000">
            <w:r>
              <w:rPr>
                <w:b/>
                <w:color w:val="FFFFFF"/>
                <w:sz w:val="17"/>
              </w:rPr>
              <w:t>Support required</w:t>
            </w:r>
          </w:p>
        </w:tc>
      </w:tr>
      <w:tr w:rsidR="005F025F" w14:paraId="75477AC1" w14:textId="77777777" w:rsidTr="002F3EB4">
        <w:tc>
          <w:tcPr>
            <w:tcW w:w="1668" w:type="dxa"/>
            <w:tcMar>
              <w:top w:w="80" w:type="dxa"/>
              <w:left w:w="80" w:type="dxa"/>
              <w:bottom w:w="80" w:type="dxa"/>
              <w:right w:w="80" w:type="dxa"/>
            </w:tcMar>
          </w:tcPr>
          <w:p w14:paraId="66961276" w14:textId="77777777" w:rsidR="005F025F" w:rsidRDefault="00000000" w:rsidP="002F3EB4">
            <w:pPr>
              <w:jc w:val="center"/>
            </w:pPr>
            <w:r>
              <w:rPr>
                <w:sz w:val="17"/>
              </w:rPr>
              <w:t>30 days</w:t>
            </w:r>
          </w:p>
        </w:tc>
        <w:tc>
          <w:tcPr>
            <w:tcW w:w="2693" w:type="dxa"/>
            <w:tcMar>
              <w:top w:w="80" w:type="dxa"/>
              <w:left w:w="80" w:type="dxa"/>
              <w:bottom w:w="80" w:type="dxa"/>
              <w:right w:w="80" w:type="dxa"/>
            </w:tcMar>
          </w:tcPr>
          <w:p w14:paraId="264F33D4" w14:textId="77777777" w:rsidR="005F025F" w:rsidRDefault="00000000">
            <w:r>
              <w:rPr>
                <w:sz w:val="17"/>
              </w:rPr>
              <w:br/>
            </w:r>
            <w:r>
              <w:rPr>
                <w:sz w:val="17"/>
              </w:rPr>
              <w:br/>
            </w:r>
            <w:r>
              <w:rPr>
                <w:sz w:val="17"/>
              </w:rPr>
              <w:br/>
            </w:r>
          </w:p>
        </w:tc>
        <w:tc>
          <w:tcPr>
            <w:tcW w:w="2835" w:type="dxa"/>
            <w:tcMar>
              <w:top w:w="80" w:type="dxa"/>
              <w:left w:w="80" w:type="dxa"/>
              <w:bottom w:w="80" w:type="dxa"/>
              <w:right w:w="80" w:type="dxa"/>
            </w:tcMar>
          </w:tcPr>
          <w:p w14:paraId="47840243" w14:textId="77777777" w:rsidR="005F025F" w:rsidRDefault="00000000">
            <w:r>
              <w:rPr>
                <w:sz w:val="17"/>
              </w:rPr>
              <w:br/>
            </w:r>
            <w:r>
              <w:rPr>
                <w:sz w:val="17"/>
              </w:rPr>
              <w:br/>
            </w:r>
            <w:r>
              <w:rPr>
                <w:sz w:val="17"/>
              </w:rPr>
              <w:br/>
            </w:r>
          </w:p>
        </w:tc>
        <w:tc>
          <w:tcPr>
            <w:tcW w:w="3054" w:type="dxa"/>
            <w:tcMar>
              <w:top w:w="80" w:type="dxa"/>
              <w:left w:w="80" w:type="dxa"/>
              <w:bottom w:w="80" w:type="dxa"/>
              <w:right w:w="80" w:type="dxa"/>
            </w:tcMar>
          </w:tcPr>
          <w:p w14:paraId="2E57B1A9" w14:textId="77777777" w:rsidR="005F025F" w:rsidRDefault="00000000">
            <w:r>
              <w:rPr>
                <w:sz w:val="17"/>
              </w:rPr>
              <w:br/>
            </w:r>
            <w:r>
              <w:rPr>
                <w:sz w:val="17"/>
              </w:rPr>
              <w:br/>
            </w:r>
            <w:r>
              <w:rPr>
                <w:sz w:val="17"/>
              </w:rPr>
              <w:br/>
            </w:r>
          </w:p>
        </w:tc>
      </w:tr>
      <w:tr w:rsidR="005F025F" w14:paraId="3D2C531A" w14:textId="77777777" w:rsidTr="002F3EB4">
        <w:tc>
          <w:tcPr>
            <w:tcW w:w="1668" w:type="dxa"/>
            <w:tcMar>
              <w:top w:w="80" w:type="dxa"/>
              <w:left w:w="80" w:type="dxa"/>
              <w:bottom w:w="80" w:type="dxa"/>
              <w:right w:w="80" w:type="dxa"/>
            </w:tcMar>
          </w:tcPr>
          <w:p w14:paraId="523D4090" w14:textId="77777777" w:rsidR="005F025F" w:rsidRDefault="00000000" w:rsidP="002F3EB4">
            <w:pPr>
              <w:jc w:val="center"/>
            </w:pPr>
            <w:r>
              <w:rPr>
                <w:sz w:val="17"/>
              </w:rPr>
              <w:t>60 days</w:t>
            </w:r>
          </w:p>
        </w:tc>
        <w:tc>
          <w:tcPr>
            <w:tcW w:w="2693" w:type="dxa"/>
            <w:tcMar>
              <w:top w:w="80" w:type="dxa"/>
              <w:left w:w="80" w:type="dxa"/>
              <w:bottom w:w="80" w:type="dxa"/>
              <w:right w:w="80" w:type="dxa"/>
            </w:tcMar>
          </w:tcPr>
          <w:p w14:paraId="12E2B74C" w14:textId="77777777" w:rsidR="005F025F" w:rsidRDefault="00000000">
            <w:r>
              <w:rPr>
                <w:sz w:val="17"/>
              </w:rPr>
              <w:br/>
            </w:r>
            <w:r>
              <w:rPr>
                <w:sz w:val="17"/>
              </w:rPr>
              <w:br/>
            </w:r>
            <w:r>
              <w:rPr>
                <w:sz w:val="17"/>
              </w:rPr>
              <w:br/>
            </w:r>
          </w:p>
        </w:tc>
        <w:tc>
          <w:tcPr>
            <w:tcW w:w="2835" w:type="dxa"/>
            <w:tcMar>
              <w:top w:w="80" w:type="dxa"/>
              <w:left w:w="80" w:type="dxa"/>
              <w:bottom w:w="80" w:type="dxa"/>
              <w:right w:w="80" w:type="dxa"/>
            </w:tcMar>
          </w:tcPr>
          <w:p w14:paraId="1E9E9010" w14:textId="77777777" w:rsidR="005F025F" w:rsidRDefault="00000000">
            <w:r>
              <w:rPr>
                <w:sz w:val="17"/>
              </w:rPr>
              <w:br/>
            </w:r>
            <w:r>
              <w:rPr>
                <w:sz w:val="17"/>
              </w:rPr>
              <w:br/>
            </w:r>
            <w:r>
              <w:rPr>
                <w:sz w:val="17"/>
              </w:rPr>
              <w:br/>
            </w:r>
          </w:p>
        </w:tc>
        <w:tc>
          <w:tcPr>
            <w:tcW w:w="3054" w:type="dxa"/>
            <w:tcMar>
              <w:top w:w="80" w:type="dxa"/>
              <w:left w:w="80" w:type="dxa"/>
              <w:bottom w:w="80" w:type="dxa"/>
              <w:right w:w="80" w:type="dxa"/>
            </w:tcMar>
          </w:tcPr>
          <w:p w14:paraId="44098B28" w14:textId="77777777" w:rsidR="005F025F" w:rsidRDefault="00000000">
            <w:r>
              <w:rPr>
                <w:sz w:val="17"/>
              </w:rPr>
              <w:br/>
            </w:r>
            <w:r>
              <w:rPr>
                <w:sz w:val="17"/>
              </w:rPr>
              <w:br/>
            </w:r>
            <w:r>
              <w:rPr>
                <w:sz w:val="17"/>
              </w:rPr>
              <w:br/>
            </w:r>
          </w:p>
        </w:tc>
      </w:tr>
      <w:tr w:rsidR="005F025F" w14:paraId="725FB649" w14:textId="77777777" w:rsidTr="002F3EB4">
        <w:tc>
          <w:tcPr>
            <w:tcW w:w="1668" w:type="dxa"/>
            <w:tcMar>
              <w:top w:w="80" w:type="dxa"/>
              <w:left w:w="80" w:type="dxa"/>
              <w:bottom w:w="80" w:type="dxa"/>
              <w:right w:w="80" w:type="dxa"/>
            </w:tcMar>
          </w:tcPr>
          <w:p w14:paraId="687CD08E" w14:textId="77777777" w:rsidR="005F025F" w:rsidRDefault="00000000" w:rsidP="002F3EB4">
            <w:pPr>
              <w:jc w:val="center"/>
            </w:pPr>
            <w:r>
              <w:rPr>
                <w:sz w:val="17"/>
              </w:rPr>
              <w:t>90 days</w:t>
            </w:r>
          </w:p>
        </w:tc>
        <w:tc>
          <w:tcPr>
            <w:tcW w:w="2693" w:type="dxa"/>
            <w:tcMar>
              <w:top w:w="80" w:type="dxa"/>
              <w:left w:w="80" w:type="dxa"/>
              <w:bottom w:w="80" w:type="dxa"/>
              <w:right w:w="80" w:type="dxa"/>
            </w:tcMar>
          </w:tcPr>
          <w:p w14:paraId="1759B5B3" w14:textId="77777777" w:rsidR="005F025F" w:rsidRDefault="00000000">
            <w:r>
              <w:rPr>
                <w:sz w:val="17"/>
              </w:rPr>
              <w:br/>
            </w:r>
            <w:r>
              <w:rPr>
                <w:sz w:val="17"/>
              </w:rPr>
              <w:br/>
            </w:r>
            <w:r>
              <w:rPr>
                <w:sz w:val="17"/>
              </w:rPr>
              <w:br/>
            </w:r>
          </w:p>
        </w:tc>
        <w:tc>
          <w:tcPr>
            <w:tcW w:w="2835" w:type="dxa"/>
            <w:tcMar>
              <w:top w:w="80" w:type="dxa"/>
              <w:left w:w="80" w:type="dxa"/>
              <w:bottom w:w="80" w:type="dxa"/>
              <w:right w:w="80" w:type="dxa"/>
            </w:tcMar>
          </w:tcPr>
          <w:p w14:paraId="679C4CE5" w14:textId="77777777" w:rsidR="005F025F" w:rsidRDefault="00000000">
            <w:r>
              <w:rPr>
                <w:sz w:val="17"/>
              </w:rPr>
              <w:br/>
            </w:r>
            <w:r>
              <w:rPr>
                <w:sz w:val="17"/>
              </w:rPr>
              <w:br/>
            </w:r>
            <w:r>
              <w:rPr>
                <w:sz w:val="17"/>
              </w:rPr>
              <w:br/>
            </w:r>
          </w:p>
        </w:tc>
        <w:tc>
          <w:tcPr>
            <w:tcW w:w="3054" w:type="dxa"/>
            <w:tcMar>
              <w:top w:w="80" w:type="dxa"/>
              <w:left w:w="80" w:type="dxa"/>
              <w:bottom w:w="80" w:type="dxa"/>
              <w:right w:w="80" w:type="dxa"/>
            </w:tcMar>
          </w:tcPr>
          <w:p w14:paraId="723EE839" w14:textId="77777777" w:rsidR="005F025F" w:rsidRDefault="00000000">
            <w:r>
              <w:rPr>
                <w:sz w:val="17"/>
              </w:rPr>
              <w:br/>
            </w:r>
            <w:r>
              <w:rPr>
                <w:sz w:val="17"/>
              </w:rPr>
              <w:br/>
            </w:r>
            <w:r>
              <w:rPr>
                <w:sz w:val="17"/>
              </w:rPr>
              <w:br/>
            </w:r>
          </w:p>
        </w:tc>
      </w:tr>
    </w:tbl>
    <w:p w14:paraId="5CE0F7CB" w14:textId="39D04BF2" w:rsidR="005F025F" w:rsidRDefault="00A1084E">
      <w:pPr>
        <w:pStyle w:val="Heading2"/>
      </w:pPr>
      <w:r>
        <w:br/>
      </w:r>
      <w:r w:rsidR="00000000">
        <w:t>Suggested review questions</w:t>
      </w:r>
      <w:r>
        <w:br/>
      </w:r>
    </w:p>
    <w:p w14:paraId="3D8F0887" w14:textId="77777777" w:rsidR="005F025F" w:rsidRDefault="00000000" w:rsidP="00A1084E">
      <w:pPr>
        <w:pStyle w:val="ListBullet"/>
        <w:ind w:left="426" w:hanging="357"/>
        <w:contextualSpacing w:val="0"/>
      </w:pPr>
      <w:r>
        <w:t>What are you now confident handling independently?</w:t>
      </w:r>
    </w:p>
    <w:p w14:paraId="3346FE75" w14:textId="77777777" w:rsidR="005F025F" w:rsidRDefault="00000000" w:rsidP="00A1084E">
      <w:pPr>
        <w:pStyle w:val="ListBullet"/>
        <w:ind w:left="426" w:hanging="357"/>
        <w:contextualSpacing w:val="0"/>
      </w:pPr>
      <w:r>
        <w:t>Where are you still relying heavily on your manager?</w:t>
      </w:r>
    </w:p>
    <w:p w14:paraId="459C990F" w14:textId="77777777" w:rsidR="005F025F" w:rsidRDefault="00000000" w:rsidP="00A1084E">
      <w:pPr>
        <w:pStyle w:val="ListBullet"/>
        <w:ind w:left="426" w:hanging="357"/>
        <w:contextualSpacing w:val="0"/>
      </w:pPr>
      <w:r>
        <w:t>What recurring team or quality issues are you noticing?</w:t>
      </w:r>
    </w:p>
    <w:p w14:paraId="23A8A406" w14:textId="77777777" w:rsidR="005F025F" w:rsidRDefault="00000000" w:rsidP="00A1084E">
      <w:pPr>
        <w:pStyle w:val="ListBullet"/>
        <w:ind w:left="426" w:hanging="357"/>
        <w:contextualSpacing w:val="0"/>
      </w:pPr>
      <w:r>
        <w:t>What could we improve in the way work is organised?</w:t>
      </w:r>
    </w:p>
    <w:p w14:paraId="17A95046" w14:textId="77777777" w:rsidR="005F025F" w:rsidRDefault="00000000" w:rsidP="00A1084E">
      <w:pPr>
        <w:pStyle w:val="ListBullet"/>
        <w:ind w:left="426"/>
      </w:pPr>
      <w:r>
        <w:t>Which leadership skill would make the biggest difference over the next month?</w:t>
      </w:r>
    </w:p>
    <w:p w14:paraId="55795BF4" w14:textId="77777777" w:rsidR="005F025F" w:rsidRDefault="00000000">
      <w:r>
        <w:br w:type="page"/>
      </w:r>
    </w:p>
    <w:p w14:paraId="2BC98745" w14:textId="77777777" w:rsidR="005F025F" w:rsidRDefault="00000000">
      <w:pPr>
        <w:pStyle w:val="Heading1"/>
      </w:pPr>
      <w:r>
        <w:t xml:space="preserve">Template </w:t>
      </w:r>
      <w:proofErr w:type="spellStart"/>
      <w:r>
        <w:t>Customisation</w:t>
      </w:r>
      <w:proofErr w:type="spellEnd"/>
      <w:r>
        <w:t xml:space="preserve"> Checklist</w:t>
      </w:r>
    </w:p>
    <w:p w14:paraId="55045308" w14:textId="77777777" w:rsidR="002F3EB4" w:rsidRPr="002F3EB4" w:rsidRDefault="002F3EB4" w:rsidP="002F3EB4"/>
    <w:tbl>
      <w:tblPr>
        <w:tblStyle w:val="TableGrid"/>
        <w:tblW w:w="0" w:type="auto"/>
        <w:jc w:val="center"/>
        <w:tblLook w:val="04A0" w:firstRow="1" w:lastRow="0" w:firstColumn="1" w:lastColumn="0" w:noHBand="0" w:noVBand="1"/>
      </w:tblPr>
      <w:tblGrid>
        <w:gridCol w:w="1101"/>
        <w:gridCol w:w="9149"/>
      </w:tblGrid>
      <w:tr w:rsidR="005F025F" w14:paraId="5B3F5863" w14:textId="77777777" w:rsidTr="002F3EB4">
        <w:trPr>
          <w:jc w:val="center"/>
        </w:trPr>
        <w:tc>
          <w:tcPr>
            <w:tcW w:w="1101" w:type="dxa"/>
            <w:shd w:val="clear" w:color="auto" w:fill="0E4369"/>
          </w:tcPr>
          <w:p w14:paraId="6D571D8F" w14:textId="77777777" w:rsidR="005F025F" w:rsidRDefault="00000000" w:rsidP="002F3EB4">
            <w:pPr>
              <w:jc w:val="center"/>
            </w:pPr>
            <w:r>
              <w:rPr>
                <w:b/>
                <w:color w:val="FFFFFF"/>
                <w:sz w:val="17"/>
              </w:rPr>
              <w:t>✓</w:t>
            </w:r>
          </w:p>
        </w:tc>
        <w:tc>
          <w:tcPr>
            <w:tcW w:w="9149" w:type="dxa"/>
            <w:shd w:val="clear" w:color="auto" w:fill="0E4369"/>
          </w:tcPr>
          <w:p w14:paraId="4215D955" w14:textId="77777777" w:rsidR="005F025F" w:rsidRDefault="00000000">
            <w:r>
              <w:rPr>
                <w:b/>
                <w:color w:val="FFFFFF"/>
                <w:sz w:val="17"/>
              </w:rPr>
              <w:t>Checklist item</w:t>
            </w:r>
          </w:p>
        </w:tc>
      </w:tr>
      <w:tr w:rsidR="005F025F" w14:paraId="405141E1" w14:textId="77777777" w:rsidTr="002F3EB4">
        <w:trPr>
          <w:jc w:val="center"/>
        </w:trPr>
        <w:tc>
          <w:tcPr>
            <w:tcW w:w="1101" w:type="dxa"/>
            <w:tcMar>
              <w:top w:w="70" w:type="dxa"/>
              <w:left w:w="90" w:type="dxa"/>
              <w:bottom w:w="70" w:type="dxa"/>
              <w:right w:w="90" w:type="dxa"/>
            </w:tcMar>
          </w:tcPr>
          <w:p w14:paraId="282EA4E2"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2078408E" w14:textId="77777777" w:rsidR="005F025F" w:rsidRDefault="00000000">
            <w:r>
              <w:rPr>
                <w:sz w:val="17"/>
              </w:rPr>
              <w:t>Add company name and branding.</w:t>
            </w:r>
          </w:p>
        </w:tc>
      </w:tr>
      <w:tr w:rsidR="005F025F" w14:paraId="2838655E" w14:textId="77777777" w:rsidTr="002F3EB4">
        <w:trPr>
          <w:jc w:val="center"/>
        </w:trPr>
        <w:tc>
          <w:tcPr>
            <w:tcW w:w="1101" w:type="dxa"/>
            <w:tcMar>
              <w:top w:w="70" w:type="dxa"/>
              <w:left w:w="90" w:type="dxa"/>
              <w:bottom w:w="70" w:type="dxa"/>
              <w:right w:w="90" w:type="dxa"/>
            </w:tcMar>
          </w:tcPr>
          <w:p w14:paraId="08593AB8"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622E607C" w14:textId="77777777" w:rsidR="005F025F" w:rsidRDefault="00000000">
            <w:r>
              <w:rPr>
                <w:sz w:val="17"/>
              </w:rPr>
              <w:t>Complete role, pay, hours and reporting details.</w:t>
            </w:r>
          </w:p>
        </w:tc>
      </w:tr>
      <w:tr w:rsidR="005F025F" w14:paraId="236F1ADE" w14:textId="77777777" w:rsidTr="002F3EB4">
        <w:trPr>
          <w:jc w:val="center"/>
        </w:trPr>
        <w:tc>
          <w:tcPr>
            <w:tcW w:w="1101" w:type="dxa"/>
            <w:tcMar>
              <w:top w:w="70" w:type="dxa"/>
              <w:left w:w="90" w:type="dxa"/>
              <w:bottom w:w="70" w:type="dxa"/>
              <w:right w:w="90" w:type="dxa"/>
            </w:tcMar>
          </w:tcPr>
          <w:p w14:paraId="16958557"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01292B4F" w14:textId="77777777" w:rsidR="005F025F" w:rsidRDefault="00000000">
            <w:r>
              <w:rPr>
                <w:sz w:val="17"/>
              </w:rPr>
              <w:t>Adjust responsibilities to match the actual authority of the supervisor.</w:t>
            </w:r>
          </w:p>
        </w:tc>
      </w:tr>
      <w:tr w:rsidR="005F025F" w14:paraId="776496EF" w14:textId="77777777" w:rsidTr="002F3EB4">
        <w:trPr>
          <w:jc w:val="center"/>
        </w:trPr>
        <w:tc>
          <w:tcPr>
            <w:tcW w:w="1101" w:type="dxa"/>
            <w:tcMar>
              <w:top w:w="70" w:type="dxa"/>
              <w:left w:w="90" w:type="dxa"/>
              <w:bottom w:w="70" w:type="dxa"/>
              <w:right w:w="90" w:type="dxa"/>
            </w:tcMar>
          </w:tcPr>
          <w:p w14:paraId="78666DB8"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0C8C2498" w14:textId="77777777" w:rsidR="005F025F" w:rsidRDefault="00000000">
            <w:r>
              <w:rPr>
                <w:sz w:val="17"/>
              </w:rPr>
              <w:t>Insert the systems/software used for scheduling, quality checks and reporting.</w:t>
            </w:r>
          </w:p>
        </w:tc>
      </w:tr>
      <w:tr w:rsidR="005F025F" w14:paraId="1A1F8B62" w14:textId="77777777" w:rsidTr="002F3EB4">
        <w:trPr>
          <w:jc w:val="center"/>
        </w:trPr>
        <w:tc>
          <w:tcPr>
            <w:tcW w:w="1101" w:type="dxa"/>
            <w:tcMar>
              <w:top w:w="70" w:type="dxa"/>
              <w:left w:w="90" w:type="dxa"/>
              <w:bottom w:w="70" w:type="dxa"/>
              <w:right w:w="90" w:type="dxa"/>
            </w:tcMar>
          </w:tcPr>
          <w:p w14:paraId="68FF461C"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2431809B" w14:textId="77777777" w:rsidR="005F025F" w:rsidRDefault="00000000">
            <w:r>
              <w:rPr>
                <w:sz w:val="17"/>
              </w:rPr>
              <w:t>Align H&amp;S references with your own policies and risk assessments.</w:t>
            </w:r>
          </w:p>
        </w:tc>
      </w:tr>
      <w:tr w:rsidR="005F025F" w14:paraId="65FA289E" w14:textId="77777777" w:rsidTr="002F3EB4">
        <w:trPr>
          <w:jc w:val="center"/>
        </w:trPr>
        <w:tc>
          <w:tcPr>
            <w:tcW w:w="1101" w:type="dxa"/>
            <w:tcMar>
              <w:top w:w="70" w:type="dxa"/>
              <w:left w:w="90" w:type="dxa"/>
              <w:bottom w:w="70" w:type="dxa"/>
              <w:right w:w="90" w:type="dxa"/>
            </w:tcMar>
          </w:tcPr>
          <w:p w14:paraId="4732F69C"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092B8781" w14:textId="77777777" w:rsidR="005F025F" w:rsidRDefault="00000000">
            <w:r>
              <w:rPr>
                <w:sz w:val="17"/>
              </w:rPr>
              <w:t>Add your complaint escalation route.</w:t>
            </w:r>
          </w:p>
        </w:tc>
      </w:tr>
      <w:tr w:rsidR="005F025F" w14:paraId="60898DE2" w14:textId="77777777" w:rsidTr="002F3EB4">
        <w:trPr>
          <w:jc w:val="center"/>
        </w:trPr>
        <w:tc>
          <w:tcPr>
            <w:tcW w:w="1101" w:type="dxa"/>
            <w:tcMar>
              <w:top w:w="70" w:type="dxa"/>
              <w:left w:w="90" w:type="dxa"/>
              <w:bottom w:w="70" w:type="dxa"/>
              <w:right w:w="90" w:type="dxa"/>
            </w:tcMar>
          </w:tcPr>
          <w:p w14:paraId="48F51D8C"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7E7B7021" w14:textId="77777777" w:rsidR="005F025F" w:rsidRDefault="00000000">
            <w:r>
              <w:rPr>
                <w:sz w:val="17"/>
              </w:rPr>
              <w:t>Add your stock ordering and spending limits.</w:t>
            </w:r>
          </w:p>
        </w:tc>
      </w:tr>
      <w:tr w:rsidR="005F025F" w14:paraId="3C2DC79C" w14:textId="77777777" w:rsidTr="002F3EB4">
        <w:trPr>
          <w:jc w:val="center"/>
        </w:trPr>
        <w:tc>
          <w:tcPr>
            <w:tcW w:w="1101" w:type="dxa"/>
            <w:tcMar>
              <w:top w:w="70" w:type="dxa"/>
              <w:left w:w="90" w:type="dxa"/>
              <w:bottom w:w="70" w:type="dxa"/>
              <w:right w:w="90" w:type="dxa"/>
            </w:tcMar>
          </w:tcPr>
          <w:p w14:paraId="18150686"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79A7F9F9" w14:textId="77777777" w:rsidR="005F025F" w:rsidRDefault="00000000">
            <w:r>
              <w:rPr>
                <w:sz w:val="17"/>
              </w:rPr>
              <w:t>Decide who will mentor and sign off each training week.</w:t>
            </w:r>
          </w:p>
        </w:tc>
      </w:tr>
      <w:tr w:rsidR="005F025F" w14:paraId="5FCFAF10" w14:textId="77777777" w:rsidTr="002F3EB4">
        <w:trPr>
          <w:jc w:val="center"/>
        </w:trPr>
        <w:tc>
          <w:tcPr>
            <w:tcW w:w="1101" w:type="dxa"/>
            <w:tcMar>
              <w:top w:w="70" w:type="dxa"/>
              <w:left w:w="90" w:type="dxa"/>
              <w:bottom w:w="70" w:type="dxa"/>
              <w:right w:w="90" w:type="dxa"/>
            </w:tcMar>
          </w:tcPr>
          <w:p w14:paraId="434F72C7"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59F32498" w14:textId="77777777" w:rsidR="005F025F" w:rsidRDefault="00000000">
            <w:r>
              <w:rPr>
                <w:sz w:val="17"/>
              </w:rPr>
              <w:t>Set realistic success measures for the role.</w:t>
            </w:r>
          </w:p>
        </w:tc>
      </w:tr>
      <w:tr w:rsidR="005F025F" w14:paraId="62336CAC" w14:textId="77777777" w:rsidTr="002F3EB4">
        <w:trPr>
          <w:jc w:val="center"/>
        </w:trPr>
        <w:tc>
          <w:tcPr>
            <w:tcW w:w="1101" w:type="dxa"/>
            <w:tcMar>
              <w:top w:w="70" w:type="dxa"/>
              <w:left w:w="90" w:type="dxa"/>
              <w:bottom w:w="70" w:type="dxa"/>
              <w:right w:w="90" w:type="dxa"/>
            </w:tcMar>
          </w:tcPr>
          <w:p w14:paraId="3D7BDC78" w14:textId="77777777" w:rsidR="005F025F" w:rsidRDefault="00000000" w:rsidP="002F3EB4">
            <w:pPr>
              <w:jc w:val="center"/>
            </w:pPr>
            <w:r>
              <w:rPr>
                <w:sz w:val="17"/>
              </w:rPr>
              <w:t>☐</w:t>
            </w:r>
          </w:p>
        </w:tc>
        <w:tc>
          <w:tcPr>
            <w:tcW w:w="9149" w:type="dxa"/>
            <w:tcMar>
              <w:top w:w="70" w:type="dxa"/>
              <w:left w:w="90" w:type="dxa"/>
              <w:bottom w:w="70" w:type="dxa"/>
              <w:right w:w="90" w:type="dxa"/>
            </w:tcMar>
          </w:tcPr>
          <w:p w14:paraId="53C5B166" w14:textId="77777777" w:rsidR="005F025F" w:rsidRDefault="00000000">
            <w:r>
              <w:rPr>
                <w:sz w:val="17"/>
              </w:rPr>
              <w:t>Store the completed training and assessment records with the employee’s HR file.</w:t>
            </w:r>
          </w:p>
        </w:tc>
      </w:tr>
    </w:tbl>
    <w:p w14:paraId="69DCDB6C" w14:textId="77777777" w:rsidR="005F025F" w:rsidRDefault="005F025F"/>
    <w:p w14:paraId="58DAAF60" w14:textId="77777777" w:rsidR="005F025F" w:rsidRPr="002F3EB4" w:rsidRDefault="00000000" w:rsidP="002F3EB4">
      <w:pPr>
        <w:pStyle w:val="Small"/>
        <w:jc w:val="both"/>
        <w:rPr>
          <w:b/>
          <w:bCs/>
        </w:rPr>
      </w:pPr>
      <w:r w:rsidRPr="002F3EB4">
        <w:rPr>
          <w:b/>
          <w:bCs/>
        </w:rPr>
        <w:t>Important: This document is supplied as an editable business template. It should be adapted to reflect the actual role, responsibilities, policies and working practices within your business. It is not a substitute for professional HR, legal or health &amp; safety advice where this is required.</w:t>
      </w:r>
    </w:p>
    <w:sectPr w:rsidR="005F025F" w:rsidRPr="002F3EB4" w:rsidSect="00A1084E">
      <w:footerReference w:type="default" r:id="rId9"/>
      <w:pgSz w:w="11906" w:h="16838" w:code="9"/>
      <w:pgMar w:top="794" w:right="936" w:bottom="794"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A98C4" w14:textId="77777777" w:rsidR="006712C6" w:rsidRDefault="006712C6">
      <w:pPr>
        <w:spacing w:after="0" w:line="240" w:lineRule="auto"/>
      </w:pPr>
      <w:r>
        <w:separator/>
      </w:r>
    </w:p>
  </w:endnote>
  <w:endnote w:type="continuationSeparator" w:id="0">
    <w:p w14:paraId="1A594581" w14:textId="77777777" w:rsidR="006712C6" w:rsidRDefault="00671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2CCA" w14:textId="0F85AA05" w:rsidR="005F025F" w:rsidRDefault="00A1084E" w:rsidP="00A1084E">
    <w:pPr>
      <w:pStyle w:val="Footer"/>
    </w:pPr>
    <w:r>
      <w:rPr>
        <w:color w:val="6B6B6B"/>
        <w:sz w:val="16"/>
      </w:rPr>
      <w:t xml:space="preserve">Copyright 2026: </w:t>
    </w:r>
    <w:r w:rsidR="00000000">
      <w:rPr>
        <w:color w:val="6B6B6B"/>
        <w:sz w:val="16"/>
      </w:rPr>
      <w:t>DCBN</w:t>
    </w:r>
    <w:r>
      <w:rPr>
        <w:color w:val="6B6B6B"/>
        <w:sz w:val="16"/>
      </w:rPr>
      <w:t xml:space="preserve"> - Domestic Cleaning Business Network Ltd</w:t>
    </w:r>
    <w:r w:rsidR="00000000">
      <w:rPr>
        <w:color w:val="6B6B6B"/>
        <w:sz w:val="16"/>
      </w:rPr>
      <w:t xml:space="preserve"> | Cleaning Team Supervisor Job Description &amp; Training Toolkit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A6EF0" w14:textId="77777777" w:rsidR="006712C6" w:rsidRDefault="006712C6">
      <w:pPr>
        <w:spacing w:after="0" w:line="240" w:lineRule="auto"/>
      </w:pPr>
      <w:r>
        <w:separator/>
      </w:r>
    </w:p>
  </w:footnote>
  <w:footnote w:type="continuationSeparator" w:id="0">
    <w:p w14:paraId="24E8A1AA" w14:textId="77777777" w:rsidR="006712C6" w:rsidRDefault="006712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68138202">
    <w:abstractNumId w:val="8"/>
  </w:num>
  <w:num w:numId="2" w16cid:durableId="971516945">
    <w:abstractNumId w:val="6"/>
  </w:num>
  <w:num w:numId="3" w16cid:durableId="1376615193">
    <w:abstractNumId w:val="5"/>
  </w:num>
  <w:num w:numId="4" w16cid:durableId="1534611595">
    <w:abstractNumId w:val="4"/>
  </w:num>
  <w:num w:numId="5" w16cid:durableId="1204489622">
    <w:abstractNumId w:val="7"/>
  </w:num>
  <w:num w:numId="6" w16cid:durableId="104541568">
    <w:abstractNumId w:val="3"/>
  </w:num>
  <w:num w:numId="7" w16cid:durableId="989864182">
    <w:abstractNumId w:val="2"/>
  </w:num>
  <w:num w:numId="8" w16cid:durableId="511918896">
    <w:abstractNumId w:val="1"/>
  </w:num>
  <w:num w:numId="9" w16cid:durableId="850877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57B5F"/>
    <w:rsid w:val="0029639D"/>
    <w:rsid w:val="002F3EB4"/>
    <w:rsid w:val="00326F90"/>
    <w:rsid w:val="005F025F"/>
    <w:rsid w:val="006712C6"/>
    <w:rsid w:val="00A1084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4E5F67"/>
  <w14:defaultImageDpi w14:val="300"/>
  <w15:docId w15:val="{1FE82E3C-9D82-4CC6-BD16-B7FE928F3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2E2E2E"/>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E4369"/>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7A9A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E436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E436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rPr>
      <w:rFonts w:ascii="Aptos" w:hAnsi="Aptos"/>
      <w:b/>
      <w:color w:val="0E4369"/>
      <w:sz w:val="21"/>
    </w:rPr>
  </w:style>
  <w:style w:type="paragraph" w:customStyle="1" w:styleId="Small">
    <w:name w:val="Small"/>
    <w:rPr>
      <w:rFonts w:ascii="Aptos" w:hAnsi="Aptos"/>
      <w:color w:val="6B6B6B"/>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2509</Words>
  <Characters>14303</Characters>
  <Application>Microsoft Office Word</Application>
  <DocSecurity>0</DocSecurity>
  <Lines>119</Lines>
  <Paragraphs>33</Paragraphs>
  <ScaleCrop>false</ScaleCrop>
  <HeadingPairs>
    <vt:vector size="4" baseType="variant">
      <vt:variant>
        <vt:lpstr>Title</vt:lpstr>
      </vt:variant>
      <vt:variant>
        <vt:i4>1</vt:i4>
      </vt:variant>
      <vt:variant>
        <vt:lpstr>Headings</vt:lpstr>
      </vt:variant>
      <vt:variant>
        <vt:i4>37</vt:i4>
      </vt:variant>
    </vt:vector>
  </HeadingPairs>
  <TitlesOfParts>
    <vt:vector size="38" baseType="lpstr">
      <vt:lpstr/>
      <vt:lpstr>How to Use This Toolkit</vt:lpstr>
      <vt:lpstr>    </vt:lpstr>
      <vt:lpstr>    Before you use it</vt:lpstr>
      <vt:lpstr>    </vt:lpstr>
      <vt:lpstr>    What this toolkit includes</vt:lpstr>
      <vt:lpstr>Job Description: Cleaning Team Supervisor</vt:lpstr>
      <vt:lpstr>    </vt:lpstr>
      <vt:lpstr>    Role Purpose</vt:lpstr>
      <vt:lpstr>    Key Responsibilities</vt:lpstr>
      <vt:lpstr>    Authority &amp; Escalation</vt:lpstr>
      <vt:lpstr>Person Specification</vt:lpstr>
      <vt:lpstr>    </vt:lpstr>
      <vt:lpstr>    Key Success Measures</vt:lpstr>
      <vt:lpstr/>
      <vt:lpstr>4-Week Supervisor Training Plan</vt:lpstr>
      <vt:lpstr>    </vt:lpstr>
      <vt:lpstr>    Training principles</vt:lpstr>
      <vt:lpstr>Week 1: Company Induction &amp; Core Processes</vt:lpstr>
      <vt:lpstr>    </vt:lpstr>
      <vt:lpstr>    Week outcome</vt:lpstr>
      <vt:lpstr>    End-of-week sign-off</vt:lpstr>
      <vt:lpstr>Week 2: Supervisory Skills &amp; Quality Control</vt:lpstr>
      <vt:lpstr>    </vt:lpstr>
      <vt:lpstr>    Week outcome</vt:lpstr>
      <vt:lpstr>    End-of-week sign-off</vt:lpstr>
      <vt:lpstr>Week 3: Administration, Compliance &amp; Advanced Operations</vt:lpstr>
      <vt:lpstr>    Week outcome </vt:lpstr>
      <vt:lpstr>    End-of-week sign-off </vt:lpstr>
      <vt:lpstr>Week 4: Independent Supervision &amp; Assessment</vt:lpstr>
      <vt:lpstr>    Week outcome</vt:lpstr>
      <vt:lpstr>    End-of-week sign-off </vt:lpstr>
      <vt:lpstr>Final Supervisor Assessment</vt:lpstr>
      <vt:lpstr>    Overall assessment </vt:lpstr>
      <vt:lpstr>Supervisor Knowledge Review</vt:lpstr>
      <vt:lpstr>30 / 60 / 90-Day Development Plan</vt:lpstr>
      <vt:lpstr>    Suggested review questions </vt:lpstr>
      <vt:lpstr>Template Customisation Checklist</vt:lpstr>
    </vt:vector>
  </TitlesOfParts>
  <Manager/>
  <Company/>
  <LinksUpToDate>false</LinksUpToDate>
  <CharactersWithSpaces>16779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Diane Greenwood</cp:lastModifiedBy>
  <cp:revision>2</cp:revision>
  <dcterms:created xsi:type="dcterms:W3CDTF">2013-12-23T23:15:00Z</dcterms:created>
  <dcterms:modified xsi:type="dcterms:W3CDTF">2026-09-03T17:50:00Z</dcterms:modified>
  <cp:category/>
</cp:coreProperties>
</file>